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3Cob/385/2011 z 22. 11. 2011</w:t>
      </w:r>
    </w:p>
    <w:p>
      <w:r>
        <w:t>Rozsudok Krajského súdu Bratislava z 22. novembra 2011, sp. zn. 3Cob/385/2011, ECLI:SK:KSBA:2011:1108200956.1</w:t>
      </w:r>
    </w:p>
    <w:p>
      <w:r>
        <w:t>Súd: Krajský súd Bratislava</w:t>
      </w:r>
    </w:p>
    <w:p>
      <w:r>
        <w:t>Spisová značka: 3Cob/385/2011</w:t>
      </w:r>
    </w:p>
    <w:p>
      <w:r>
        <w:t>ECLI: ECLI:SK:KSBA:2011:1108200956.1</w:t>
      </w:r>
    </w:p>
    <w:p>
      <w:r>
        <w:t>Dátum vydania: 22. 11. 2011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3Cob/385/2011 Identifikačné číslo súdneho spisu: 1108200956 Dátum vydania rozhodnutia: 23. 11. 2011 Meno a priezvisko sudcu, VSÚ: JUDr. Elena Ondrišová ECLI: ECLI:SK:KSBA:2011:1108200956.1 ROZSUDOK V MENE SLOVENSKEJ REPUBLIKY Krajský súd v Bratislave v senáte zloženom z predsedníčky senátu JUDr. Eleny Ondrišovej a sudkýň JUDr. Heleny Škrinárovej a JUDr. Miroslavy Janečkovej v právnej veci žalobcu Hlavné mesto Slovenskej republiky Bratislava, Primaciálne námestie 1, Bratislava, IČO: 00 603 481, proti žalovanému 1. CAFÉ PRESSBURG, s.r.o., Kpt. Jána Rašu 39, Bratislava, IČO: 35 700 581 a 2. Ivan Pokorný, Bazovského 7, Bratislava, IČO: 11 671 661, o vypratanie pozemku a o odvolaní žalovaného 1. a 2. proti rozsudku Okresného súdu Bratislava I v Bratislave č.k. 27Cb/8/2008-37 zo dňa 18.7.2011, jednohlasne takto r o z h o d o l : Krajský súd v Bratislave rozsudok Okresného súdu Bratislava I v Bratislave č.k. 27Cb/8/2008-37 zo dňa 18.7.2011 potvrdzuje. Žalobcovi náhradu trov odvolacieho konania nepriznáva. o d ô v o d n e n i e : Napadnutým rozsudkom súd prvého stupňa uložil žalovanému 1. a 2. povinnosť spoločne a nerozdielne vypratať časť pozemku parc. č. 8590/6, zapísaného na LV č. XXXX, druh pozemku - zastavané plochy a nádvoria o výmere X m2 nachádzajúceho sa na K. N. M. Bratislave zo strany od F. L. M. Bratislave, k.ú. A. - B. V., na ktorom sa nachádza stánok vo vlastníctve žalovaného 1. a 2. - a to odstránením tohto stánku v lehote troch dní od právoplatnosti rozsudku. Zároveň žalovanému 1. a 2. uložil povinnosť nahradiť žalobcovi trovy konania vo výške 99,58 EUR do troch dní od právoplatnosti rozsudku. V odôvodnení uviedol, že žalobca sa návrhom doručeným súdu 11.1.2008 domáhal, aby žalovaní 1. a 2. vypratali časť pozemku odstránením stánku tak, ako je to uvedené vo výroku napadnutého rozhodnutia. Súd vo veci rozhodol rozsudkom pre zmeškanie podľa § 153b O.s.p.. Náhradu trov konania priznal úspešnému žalobcovi podľa § 142 ods. 1 O.s.p.. Proti rozsudku podali odvolanie žalovaní 1. a 2. a navrhli ho zrušiť a vec vrátiť súdu prvého stupňa na ďalšie konanie. Odvolanie odôvodnili tým, že vo veci nie je žiaden zo žalovaných pasívne legitimovaný s odôvodnením, že žalovaný 1. stánok predal v roku 2007 žalovanému 2. a žalovaný 2. stánok predal v januári 2011 spoločnosti ARCOIRIS, s.r.o., Banská Bystrica. K odvolaniam žalovaných sa písomne vyjadril žalobca a navrhol podľa § 92 ods. 1 O.s.p. pripustiť vstup ďalšieho účastníka na strane odporcov, spoločnosť Arcoiris, s.r.o., Banská Bystrica, IČO: 36 724 700. Krajský súd v Bratislave prejednal odvolanie podľa § 212 ods. 1 O.s.p. bez nariadenia pojednávania podľa § 214 ods. 2 O.s.p. a dospel k záveru, že napadnutý rozsudok je vecne správny. Podľa § 219 ods. 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konštatuje vecnú správnosť napadnutého rozsudku a v podrobnostiach odkazuje na jeho odôvodnenie. K odvolaniu žalovaného 1. a 2. odvolací súd poznamenáva, že títo k odvolaniu nepripojili žiadny dôkaz o tom, že by bol súd nesprávne rozhodol a najmä nie o tom, že žalovaný 2. nie je aktívne legitimovaným účastníkom konania. Žalovaný 2. napriek tomu, že mu súd prvého stupňa žalobu doručil a tiež i predvolanie na pojednávanie, bol v konaní nečinný. K vyjadreniu žalobcu odvolací súd poznamenáva, že podľa § 216 ods. 1 O.s.p. ustanovenia § 92 ods. 1 O.s.p. pre odvolacie konanie neplatí. Preto Krajský súd v Bratislave napadnutý rozsudok súdu prvého stupňa podľa § 219 ods. 1 O.s.p. potvrdil. O trovách odvolacieho konania bolo rozhodnuté podľa § 224 ods. 1 O.s.p. v spojení s § 142 ods. 1 O.s.p.. Keďže úspešnému žalobcovi v odvolacom konaní trovy nevznikli, odvolací súd rozhodol tak, ako je uvedené vo výroku tohto rozsudku. Poučenie: Proti tomuto rozsudku odvolanie nie je prípustné.</w:t>
      </w:r>
    </w:p>
    <w:p/>
    <w:p>
      <w:r>
        <w:t>Zdroj: KAUZIS.SK – https://www.kauzis.sk/judikatura/r/ECLI:SK:KSBA:2011:1108200956.1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