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5Co/437/2010 z 7. 11. 2011</w:t>
      </w:r>
    </w:p>
    <w:p>
      <w:r>
        <w:t>Rozsudok Krajského súdu Bratislava z 7. novembra 2011, sp. zn. 5Co/437/2010, ECLI:SK:KSBA:2011:1108207737.1</w:t>
      </w:r>
    </w:p>
    <w:p>
      <w:r>
        <w:t>Súd: Krajský súd Bratislava</w:t>
      </w:r>
    </w:p>
    <w:p>
      <w:r>
        <w:t>Spisová značka: 5Co/437/2010</w:t>
      </w:r>
    </w:p>
    <w:p>
      <w:r>
        <w:t>ECLI: ECLI:SK:KSBA:2011:1108207737.1</w:t>
      </w:r>
    </w:p>
    <w:p>
      <w:r>
        <w:t>Dátum vydania: 7. 11. 2011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5Co/437/2010 Identifikačné číslo súdneho spisu: 1108207737 Dátum vydania rozhodnutia: 08. 11. 2011 Meno a priezvisko sudcu, VSÚ: JUDr. Juraj Považan ECLI: ECLI:SK:KSBA:2011:1108207737.1 ROZSUDOK V MENE SLOVENSKEJ REPUBLIKY Krajský súd v Bratislave v senáte zloženom z predsedu senátu JUDr. Juraja Považana a členov senátu JUDr. Eleny Ďuranovej a JUDr. Milana Chalupku v právnej veci navrhovateľa: Rozhlas a televízia Slovenska so sídlom v Bratislave, Mýtna 1, proti odporcovi: GRADIUS s.r.o. so sídlom v Bratislave, Záhradnícka 8, o zaplatenie 477,99 euro (14.400,- Sk) s prísl., na odvolanie odporcu proti rozsudku Okresného súdu Bratislava I v Bratislave zo dňa 5. mája 2010 č. k. 11C 121/2009 - 47 takto r o z h o d o l : Odvolací súd pripúšťa čiastočné späťvzatie návrhu na začatie konania v časti týkajúcej sa povinnosti zaplatenia 298,74 €, v tejto časti napadnutý rozsudok súdu prvého stupňa z r u š u j e a konanie zastavuje. Vo zvyšku, teda čo do povinnosti zaplatenia 179,25 € rozsudok súdu prvého stupňa potvrdzuje. Odporca je povinný zaplatiť navrhovateľovi náhradu trov konania vo výške 29,51 € do troch dní. o d ô v o d n e n i e : Súd prvého stupňa napadnutým rozsudkom uložil odporcovi povinnosť zaplatiť navrhovateľovi istinu vo výške 477,99 € titulom nezaplateného koncesionárskeho poplatku za televízne prijímače za obdobie od apríla 2007 do novembra 2007 v sume 477,99 € (8 x 1.800 Sk = 14.400 Sk = 477,99 €) a titulom náhrady trov konania sumu 29,51 €. Súčasne zrušil platobný rozkaz zo dňa 8.4.2008 č.k. 15Ro 50/2008 - 21. Proti tomuto rozsudku podal v zákonnej lehote odvolanie odporca. Navrhol napadnutý rozsudok súdu prvého stupňa zmeniť a návrh zamietnuť s tým, že nárok navrhovateľa je neopodstatnený čo do dôvodu ako aj výšky, keďže odporca už ku dňu 28.11.2007 preukázateľne nebol platiteľom poplatku v zmysle zák. č. 212/1995 Z.z. Platiteľom bol len do 30.6.2007 a to titulom nájomnej zmluvy. Odvolací súd prejednal vec v rozsahu a z dôvodov odvolania podľa § 212 ods. 1 O. s. p. na odvolacom pojednávaní podľa § 214 ods. 1 O. s. p., dospel pritom k záveru, že odvolanie odporcu je čiastočne dôvodné. Z obsahu spisu vyplýva, že potom, čo odporca predložil súdu doklad o ukončení nájomného vzťahu k 30.6.2007, vzal navrhovateľ čiastočne žalobu na zaplatenie koncesionárskych poplatkov späť a to za obdobie od júla 2007 do novembra 2007 a zotrval na zaplatení týchto poplatkov len za obdobie mesiacov apríl, máj a jún 2007 (3 mesiace á 59,75 € = 179,25 €). Odvolací súd rozsudok súdu prvého stupňa v časti prevyšujúcej sumu 179,25 € po pripustení späťvzatia (§ 208 O.s.p.) zrušil a konanie v tejto časti zastavil. Vo zvyšku (179,25 €) rozsudok súdu prvého stupňa podľa § 219 O.s.p. ako vecne správny potvrdil, keďže odporca bol nájomcom nehnuteľnosti do 30.6.2007. Úspešnému navrhovateľovi priznal náhradu trov konania za zaplatený súdny poplatok vo výške 29,51 € (§ 224 ods. 1, § 142 ods. 1 O.s.p.). Poučenie: Tento rozsudok nemožno napadnúť odvolaním.</w:t>
      </w:r>
    </w:p>
    <w:p/>
    <w:p>
      <w:r>
        <w:t>Zdroj: KAUZIS.SK – https://www.kauzis.sk/judikatura/r/ECLI:SK:KSBA:2011:1108207737.1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