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2Co/403/2011 z 25. 10. 2011</w:t>
      </w:r>
    </w:p>
    <w:p>
      <w:r>
        <w:t>Uznesenie Krajského súdu Bratislava z 25. októbra 2011, sp. zn. 2Co/403/2011, ECLI:SK:KSBA:2011:1109231115.1</w:t>
      </w:r>
    </w:p>
    <w:p>
      <w:r>
        <w:t>Súd: Krajský súd Bratislava</w:t>
      </w:r>
    </w:p>
    <w:p>
      <w:r>
        <w:t>Spisová značka: 2Co/403/2011</w:t>
      </w:r>
    </w:p>
    <w:p>
      <w:r>
        <w:t>ECLI: ECLI:SK:KSBA:2011:1109231115.1</w:t>
      </w:r>
    </w:p>
    <w:p>
      <w:r>
        <w:t>Dátum vydania: 25.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2Co/403/2011 Identifikačné číslo súdneho spisu: 1109231115 Dátum vydania rozhodnutia: 26. 10. 2011 Meno a priezvisko sudcu, VSÚ: JUDr. Mária Hajdínová ECLI: ECLI:SK:KSBA:2011:1109231115.1 Uznesenie X. súd v U. v právnej veci navrhovateľky: H.. P. H. bytom v U. X., F. č. XXX, proti odporcom: I. Y. J. Y., U., M.e č. XX, Z.. Y.., X., R. č. X, o náhradu nemajetkovej ujmy v peniazoch s príslušenstvom, na odvolanie navrhovateľky proti uzneseniu Okresného súdu U. I. zo dňa X. septembra XXXX, č.k. XXC XXX/XXXX-XX, takto r o z h o d o l : K. súd napadnuté uznesenie súdu prvého stupňa p o t v r d z u j e . Odporcom v I., Z.. rade náhradu trov odvolacieho konania n e p r i z n á v a . o d ô v o d n e n i e : Okresný súd U. I. uznesením zo dňa X.X.XXXX, č.k. XXC XXX/XXXX-XX, zastavil konanie o náhradu nemajetkovej ujmy v peniazoch v sume XXX.XXX,XX € (z dôvodu odmeňovania navrhovateľky v rozpore so zásadou rovnakého zaobchádzania), pretože navrhovateľka nezaplatila súdny poplatok ani dodatočne na výzvu súdu napriek poučeniu o následkoch nezaplatenia súdneho poplatku. I. odôvodnil ustanovením § 2 ods. l písm. a/, § 5 ods. l písm. a/, § 8 ods. l, § 10 ods. l zákona č. XX/XXXX M.. o súdnych poplatkoch. O náhrade trov konania rozhodol tak, že žiaden z účastníkov nemá právo na ich náhradu, keďže konanie bolo zastavené. V tejto časti dôvodil ustanovením § 146 ods. 1 písm. c/ O.s.p. Proti tomuto uzneseniu podala včas odvolanie navrhovateľka. Q. na dôvody uvedené v návrhu na začatie konania naďalej trvá na tom, že konanie je oslobodené od súdnych poplatkov podľa ustanovenia § 4 ods. l písm. j/ zákona č. XX/XXXX M.. Súd prvého stupňa preto nesprávne rozhodol, keď takéto konanie zastavil pre nezaplatenie súdneho poplatku. Z obsahu odvolania vyplýva odvolací dôvod uvedený v ustanovení § 205 ods. 2 písm. f/ O.s.p. (rozhodnutie súdu prvého stupňa vychádza z nesprávneho právneho posúdenia veci). K. súdu navrhla preto zrušiť napadnuté uznesenie v celom rozsahu a vrátiť mu vec na ďalšie konanie a rozhodnutie. K. súd preskúmal vec (§ 212 ods. 1 O.s.p.) bez nariadenia pojednávania (§ 214 ods. 2 O.s.p.) a dospel k záveru, že odvolaniu nemožno priznať úspech. Q. uznesenie súdu prvého stupňa odvolací súd potvrdil, pretože je vo výroku vecne správne a keďže sa v celom rozsahu stotožňuje s dôvodmi napadnutého rozhodnutia ako správnymi, odôvodnenie uznesenia odvolacieho súdu už ďalšie dôvody neobsahuje (§ 219 ods. X, 2 O.s.p.). Na tomto mieste treba ešte uviesť, že navrhovateľka súdny poplatok nezaplatila ani v odvolacej lehote. Pre správnosť dôvodov napadnutého uznesenia odvolací súd považuje za potrebné zdôrazniť nasledovné. I. § 4 ods. l písm. j/ zákona č. XX/XXXX M.. o súdnych poplatkoch a poplatku za výpis z registra trestov sa vzťahuje len ku konaniu v správnom súdnictve (§ 250v O.s.p.). R.. j/ („nečinnosti orgánu verejnej správy“) a písm. k/ („ochrany pred nezákonným zásahom orgánu verejnej správy“; od X.X.XXXX zostalo písm. k/ označované ako písm. j/ v dôsledku zmeny uskutočnenej zákonom č. XXX/XXXX Z.z.) bolo zavedené do § 4 ods. l zákona č. XX/XXXX M.. zákonom č. XXX/ XXXX Z.z. s účinnosťou od X.X.XXXX. M. pri predkladaní tejto zmeny a pri schvaľovaní (ako to vyplýva z návrhu zákona, z dôvodovej správy a zo schváleného návrhu zákona) sledoval rozšírenie okruhu vecných oslobodení od súdneho poplatku z dôvodu zachovania účelu konania podľa štvrtej a piatej hlavy piatej časti O.s.p. K. konania sú konaniami v správnom súdnictve, ako to nepochybne vyplýva z piatej časti O.s.p. K. tiež text, ktorý sa vzťahuje k § 4 ods. 1 písm. j/ zákona č. XX/XXXX M.. (predtým písm. k/) je doslova prevzatý z názvu piatej hlavy piatej časti O.s.p.: „X. o ochrane pred nezákonným zásahom orgánu verejnej správy“ (§ 250v O.s.p.). Na prejednávanú vec sa vzťahuje občianskoprávne konanie, na ktoré je v prvom stupni vecne príslušný okresný súd (§ 9 ods. l O.s.p.); súd prvého stupňa koná podľa prvej až tretej časti O.s.p. a takéto konanie nepožíva vecné oslobodenie od súdnych poplatkov podľa ustanovenia § 4 ods. l písm. j/ zákona č. XX/ XXXX M.. (predtým písm. k/). T. oslobodenie tohto konania nevyplýva ani z iných písmen § 4 ods. l zákona č. XX/XXXX M.. V prípade, ak by sa prejednávaná vec mala posudzovať podľa piatej časti O.s.p. (správne súdnictvo), v prvom stupni by rozhodne nebol vecne príslušný okresný súd (§ 246 O.s.p.) a tiež petit by bol úplne iný. Na podporu tohto záveru odvolací súd odkazuje na výklad pojmu verejná správa v Y. slovenského práva, autor H.. H. Y. a kol., str. XXX, keď verejnú správu definuje ako správu vecí verejných vykonávanú vo verejnom záujme. T. ju subjekty verejnej správy, ktorými sú orgány štátnej správy, orgány samosprávy a záujmová samospráva. D. len potvrdzuje, že ustanovenie § 4 ods. l písm. j/ zákona č. XX/XXXX M.. (predtým písm. k/) sa vzťahuje na konanie podľa piatej hlavy piatej časti O.s.p. Odporcom v I., Z.. rade náhradu trov odvolacieho konania nepriznal, keďže ich náhradu nežiadali (§ 146 ods. 2 veta prvá, § 151 ods. l, § 224 ods. l O.s.p.). K. súd prijal rozhodnutie jednohlasne (§ 3 ods. 9 zákona č. XXX/XXXX Z.z. o súdoch a o zmene a doplnení niektorých zákonov v znení účinnom od X.X.XXXX). Poučenie: Proti tomuto uzneseniu odvolanie nie je prípustné.</w:t>
      </w:r>
    </w:p>
    <w:p/>
    <w:p>
      <w:r>
        <w:t>Zdroj: KAUZIS.SK – https://www.kauzis.sk/judikatura/r/ECLI:SK:KSBA:2011:1109231115.1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