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3Co/368/2011 z 25. 9. 2011</w:t>
      </w:r>
    </w:p>
    <w:p>
      <w:r>
        <w:t>Uznesenie Krajského súdu Bratislava z 25. septembra 2011, sp. zn. 3Co/368/2011, ECLI:SK:KSBA:2011:1109241503.3</w:t>
      </w:r>
    </w:p>
    <w:p>
      <w:r>
        <w:t>Súd: Krajský súd Bratislava</w:t>
      </w:r>
    </w:p>
    <w:p>
      <w:r>
        <w:t>Spisová značka: 3Co/368/2011</w:t>
      </w:r>
    </w:p>
    <w:p>
      <w:r>
        <w:t>ECLI: ECLI:SK:KSBA:2011:1109241503.3</w:t>
      </w:r>
    </w:p>
    <w:p>
      <w:r>
        <w:t>Dátum vydania: 25. 9.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3Co/368/2011 Identifikačné číslo súdneho spisu: 1109241503 Dátum vydania rozhodnutia: 26. 09. 2011 Meno a priezvisko sudcu, VSÚ: JUDr. Mária Šramková ECLI: ECLI:SK:KSBA:2011:1109241503.3 Uznesenie Krajský súd v Bratislave v právnej veci navrhovateľa: C.. C. R., E. L. D. Ú. G. C.Y., R. N. XX, so sídlom Záhradnícka č. 41, Bratislava, proti odporcom: 1/ Aukčný Dom, s.r.o., so sídlom Železničná 4/ A, Hlohovec, 2/ Československá obchodná banka, a.s., so sídlom Michalská 18, Bratislava, o splnenie povinnosti, o odvolaní navrhovateľa proti uzneseniu Okresného súdu Bratislava I v Bratislave č.k. 10C 201/2009-195 zo dňa 18.4.2011 v spojení s opravným uznesením č.k. 10C 201/2009-203 zo dňa 14.7.2011, v časti výroku o trovách konania, takto r o z h o d o l : Krajský súd v Bratislave odvolacie konanie z a s t a v u j e. Odporcom 1/ a 2/ sa náhrada trov odvolacieho konania nepriznáva. o d ô v o d n e n i e : Uznesením zo dňa 18.4.2011 súd prvého stupňa konanie zastavil a navrhovateľke (Ú. G. C.) uložil povinnosť zaplatiť odporcovi 1/ a 2/ trovy konania každému po 33 Eur titulom zaplatenia súdneho poplatku za odvolanie v lehote 15 dní odo dňa právoplatnosti uznesenia o zastavení konania. Uznesenie napadol odvolaním zo dňa 16.05 2.2011 v zákonnej lehote navrhovateľ, a to do časti výroku o náhrade trov konania. Opravným uznesením zo dňa 14.7.2011 súd opravil výrokovú časť uznesenia č.k. 10C 201/2009-195 zo dňa 18.4.2011 tak, že výrok o trovách konania má správne znieť: „Žiadny z účastníkov nemá právo na náhradu trov konania“. V odôvodnení uviedol, že uznesením č.k. 10C 201/2009-195 vyhlásenom na pojednávaní dňa 18.4.2011 konanie zastavil a zároveň rozhodol, že žiadny z účastníkov nemá právo na náhradu trov konania. V písomnom vyhotovení predmetného uznesenia súd navrhovateľku zaviazal nahradiť odporcom 1/ a 2/ trovy konania každému po 33 Eur titulom zaplatenia súdneho poplatku za odvolanie v lehote 15 dní od právoplatnosti uznesenia. Nakoľko v zmysle § 156 ods. 4 O.s.p. v spojení s § 167 ods. 2 O.s.p. je súd vyhlásením uznesenia vo veci samej viazaný a vyhlásené uznesenie nemôže zmeniť, súd za účelom odstránenia rozporu medzi vyhláseným uznesením a jeho písomným vyhotovením rozhodol s prihliadnutím na ust. § 164 O.s.p. 3Co 368/2011 - 2 - Vzhľadom na skutočnosť, že súd prvého stupňa vydal vo veci dňa 14.07.2011 opravné uznesenie, ktorým opravil výrok o trovách konania tak, že žiaden z účastníkov nemá právo na náhradu trov konania, navrhovateľ vo svojom podaní zo dňa 22.8.2011 uviedol, že svoje odvolanie zo dňa 16.05.2011 voči výroku o trovách konania považuje za bezpredmetné a na odvolaní netrvá. Odvolací súd v zmysle ustanovenia § 41 ods. 2 O.s.p. podanie navrhovateľa zo dňa 22.08.2011 podľa jeho obsahu posúdil ako späťvzatie odvolania v celom rozsahu. Podľa § 207 O.s.p. vzdať sa odvolania možno len voči súdu, a to až po vyhlásení rozhodnutia. Dokiaľ o odvolaní nebolo rozhodnuté, možno ho vziať späť. Ak niekto vzal odvolanie späť, nemôže ho podať znova. Ak sa odvolanie, o ktorom nebolo rozhodnuté vzalo späť, odvolací súd odvolacie konanie zastaví. Podľa § 222 ods. 1 O.s.p. ak odvolateľ vezme odvolanie späť, právoplatnosť napadnutého rozhodnutia nastane, ako keby k podaniu odvolania nedošlo. V súlade s citovanými ustanoveniami súd odvolacie konanie vo veci zastavil. Zastavenie odvolacieho konania procesne zavinil navrhovateľ a odporcovia 1/ a 2/ majú voči nemu nárok na náhradu trov konania podľa § 146 ods. 2 veta prvá O.s.p., podľa ktorého je povinný zaplatiť trovy konania účastník, ktorý zavinil zastavenie konania. Keďže v súvislosti s podaním odvolania odporcom 1/ a 2/ žiadne trovy nevznikli a takýto nárok si ani neuplatnili, súd im nepriznal nárok na náhradu trov odvolacieho konania. Toto rozhodnutie prijal senát Krajského súdu v Bratislave pomerom hlasov 3 : 0 . Poučenie: Proti tomuto uzneseniu odvolanie nie je prípustné.</w:t>
      </w:r>
    </w:p>
    <w:p/>
    <w:p>
      <w:r>
        <w:t>Zdroj: KAUZIS.SK – https://www.kauzis.sk/judikatura/r/ECLI:SK:KSBA:2011:1109241503.3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