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14Co/413/2011 z 29. 11. 2011</w:t>
      </w:r>
    </w:p>
    <w:p>
      <w:r>
        <w:t>Uznesenie Krajského súdu Bratislava z 29. novembra 2011, sp. zn. 14Co/413/2011, ECLI:SK:KSBA:2011:1111213843.1</w:t>
      </w:r>
    </w:p>
    <w:p>
      <w:r>
        <w:t>Súd: Krajský súd Bratislava</w:t>
      </w:r>
    </w:p>
    <w:p>
      <w:r>
        <w:t>Spisová značka: 14Co/413/2011</w:t>
      </w:r>
    </w:p>
    <w:p>
      <w:r>
        <w:t>ECLI: ECLI:SK:KSBA:2011:1111213843.1</w:t>
      </w:r>
    </w:p>
    <w:p>
      <w:r>
        <w:t>Dátum vydania: 29.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14Co/413/2011 Identifikačné číslo súdneho spisu: 1111213843 Dátum vydania rozhodnutia: 30. 11. 2011 Meno a priezvisko sudcu, VSÚ: JUDr. Katarína Javorčíková ECLI: ECLI:SK:KSBA:2011:1111213843.1 Uznesenie Krajský súd v Bratislave v právnej veci navrhovateľky: V.. F. I., Z. G. XX, N., proti odporcom: 1. Slovenská republika - Ministerstvo spravodlivosti Slovenskej republiky, sídlom Župné námestie 13, Bratislava, 2. Slovenská republika - Okresný súd Komárno, sídlom Pohraničná 6, Komárno, o náhradu nemajetkovej ujmy v peniazoch z dôvodu odmeňovania navrhovateľky v rozpore so zásadou rovnakého zaobchádzania, o odvolaní navrhovateľky proti uzneseniu Okresného súdu Bratislava I č.k. 5C 63/2011-8 zo dňa 12.9.2011, pomerom hlasov 3:0 takto r o z h o d o l : Krajský súd v Bratislave odvolanie navrhovateľky proti uzneseniu Okresného súdu Bratislava I v Bratislave, č. k. 5C 63/2011-8 zo dňa 12.9.2011 o d m i e t a . o d ô v o d n e n i e : Napadnutým uznesením súd prvého stupňa konanie zastavil a vyslovil, že žiadny z účastníkov nemá právo na náhradu trov konania. Svoje rozhodnutie odôvodnil tým, že navrhovateľka spolu s podaným návrhom na začatie konania neuhradila súdny poplatok, preto ju súd prvého stupňa vyzval na zaplatenie súdneho poplatku vo výške 6.527,- Eur a zároveň ju poučil, že v prípade jeho neuhradenia v stanovenej lehote, bude konanie zastavené. Napriek výzve si navrhovateľka svoju poplatkovú povinnosť nesplnila. Predmetné uznesenie napadla v zákonnej lehote, podaním doručeným súdu dňa 26.10.2011 navrhovateľka. Krajský súd v Bratislave, ako súd odvolací (§ 10 ods. 1 O.s.p.), preskúmal odvolanie podľa § 214 ods. 2 O.s.p., predovšetkým z hľadiska prípustnosti jeho podania a dospel k záveru, že odvolanie nemá potrebné náležitosti podľa § 205 ods. 1, 2 O.s.p.. Podľa § 205 ods. 1 O.s.p., v odvolaní sa má popri všeobecných náležitostiach uviesť, proti ktorému rozhodnutiu smeruje, v akom rozsahu sa napáda, v čom sa toto rozhodnutie alebo postup súdu považuje za nesprávny, a čoho sa odvolateľ domáha. Podľa § 218 ods. 1, písm. d/ O.s.p., odvolací súd odmietne odvolanie, ktoré nemá náležitosti podľa § 205 ods. 1 a 2 O.s.p.. V odvolaní navrhovateľky absentujú náležitosti, predpokladané ustanovením § 205 ods. 1 a 2 O.s.p.. Z obsahu samotného odvolania je zrejmá jediná skutočnosť a to, že napáda rozhodnutie odvolaním. Ostatné skutočnosti, najmä uvedenie v čom navrhovateľka považuje postup súdu a samotné rozhodnutie za nesprávne a čoho sa odvolaním domáha, v podaní chýbajú. Odvolací súd preto podanie navrhovateľky odmietol ako odvolanie, ktoré nemá náležitosti odvolania podľa § 218 ods. 1 písm. d) O.s.p.. Poučenie: Proti tomuto uzneseniu odvolanie nie je prípustné.</w:t>
      </w:r>
    </w:p>
    <w:p/>
    <w:p>
      <w:r>
        <w:t>Zdroj: KAUZIS.SK – https://www.kauzis.sk/judikatura/r/ECLI:SK:KSBA:2011:1111213843.1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