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6Co/217/2011 z 29. 11. 2011</w:t>
      </w:r>
    </w:p>
    <w:p>
      <w:r>
        <w:t>Uznesenie Krajského súdu Bratislava z 29. novembra 2011, sp. zn. 6Co/217/2011, ECLI:SK:KSBA:2011:1111217564.1</w:t>
      </w:r>
    </w:p>
    <w:p>
      <w:r>
        <w:t>Súd: Krajský súd Bratislava</w:t>
      </w:r>
    </w:p>
    <w:p>
      <w:r>
        <w:t>Spisová značka: 6Co/217/2011</w:t>
      </w:r>
    </w:p>
    <w:p>
      <w:r>
        <w:t>ECLI: ECLI:SK:KSBA:2011:1111217564.1</w:t>
      </w:r>
    </w:p>
    <w:p>
      <w:r>
        <w:t>Dátum vydania: 29.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6Co/217/2011 Identifikačné číslo súdneho spisu: 1111217564 Dátum vydania rozhodnutia: 30. 11. 2011 Meno a priezvisko sudcu, VSÚ: JUDr. Martin Murgaš ECLI: ECLI:SK:KSBA:2011:1111217564.1 Uznesenie Krajský súd v Bratislave v právnej veci žalobcu: L.. C. G., bytom G. Č.. XX, zast. advokátom JUDr. Ivanom Mikloškom, Hodžova ul. č. 13, Žilina, proti žalovanej: AXA pojišťovna, a. s., pobočka poisťovne z iného členského štátu, Kolárska ul. č. 6, Bratislava, o 31 820 eur s prísl., pomerom hlasov 3:0, takto r o z h o d o l : Napadnuté uznesenie súdu prvého stupňa sa p o t v r d z u j e. Žiaden z účastníkov nemá právo na náhradu trov odvolacieho konania. o d ô v o d n e n i e : Napadnutým uznesením súd prvého stupňa konanie zastavil a žiadnemu z účastníkov nepriznal právo na náhradu trov konania. Súd prvého stupňa konanie zastavil podľa § 104 ods. 1 prvá veta O.s.p., keď dospel k záveru, že konaniu vo veci bráni neodstrániteľný nedostatok podmienky konania, pretože žalovaná nemá spôsobilosť mať práva a povinnosti a teda ani spôsobilosť byť účastníkom konania (§ 19 O.s.p.). Žalovaná je organizačnou zložkou zahraničnej právnickej osoby a i keď je zapísaná v obchodnom registri nemá právnu subjektivitu. O trovách konania súd prvého stupňa rozhodol podľa § 146 ods. 1 písm. c/ O.s.p. Proti tomuto rozhodnutiu podal odvolanie žalobca. Navrhol, aby odvolací súd napadnuté uznesenie zrušil. Uviedol, že pri označení žalovanej vychádzal z aktuálneho výpisu z Obchodného registra. Súd prvého stupňa ho mal podľa § 43 ods. 1 O.s.p. vyzvať, aby odstránil vadu žaloby spočívajúcu v nesprávnom označení žalovanej. Žalobca napokon v odvolaní opravil označenie žalovanej tak, že ním je AXA pojišťovna, a. s., Lazarská ul. č. 13/8, Praha 2, Česká republika, AXA pojišťovna, a. s., Pobočka poisťovne z iného členského štátu, Kolárska ul. č. 6, Bratislava. Odvolací súd, ktorý bol viazaný rozsahom a dôvodmi odvolania (§ 212 ods. 1 O.s.p.), preskúmal napadnuté uznesenie, prejednal odvolanie bez nariadenia pojednávania podľa § 214 ods. 2 O.s.p. a dospel k záveru, že odvolanie nie je dôvodné. Odvolací súd sa stotožňuje so záverom súdu prvého stupňa, že žalovaná označená žalobcom v žalobe ako AXA pojišťovna, a. s., pobočka poisťovne z iného členského štátu, Kolárska ul. č. 6, Bratislava, nemá spôsobilosť mať práva a povinnosti v zmysle § 18 ods. 1 Obč. zák. a preto nemá spôsobilosť byť účastníkom konania v zmysle § 19 O.s.p. Ide totiž o organizačnú zložku zahraničnej právnickej osoby (AXA pojišťovna, a. s., Lazarská ul. č. 13/8, Praha 2, Česká republika) bez právnej subjektivity. Zahraničná právnická osoba, ktorá má organizačnú zložku v Slovenskej republike, sa i v spore, ktorý sa týka tejto organizačnej zložky, označuje ako účastník konania uvedením obchodného mena a sídla. Okolnosť, že spor sa týka tejto organizačnej zložky, možno vyjadriť tým, že za označenie účastníka (zahraničnej právnickej osoby) sa pripojí údaj o organizačnej zložke. Z uvedeného vyplýva, že súd prvého stupňa postupoval správne, keď konanie zastavil podľa § 104 ods. 1 prvá veta O.s.p. pre neodstrániteľný nedostatok podmienky konania, konkrétne pre nedostatok spôsobilosti žalovanej byť účastníkom konania. Nejedná sa pritom o vadu podania, ktorú by bolo možné odstrániť postupom podľa § 43 ods. 1 O.s.p. Keďže totiž žalovaná nemá spôsobilosť byť účastníkom konania, medzi účastníkmi nemohol vzniknúť procesnoprávny vzťah a tento nedostatok nemožno zhojiť. Súd prvého stupňa preto musel konanie zastaviť. Z týchto dôvodov odvolací súd napadnuté uznesenie potvrdil podľa § 219 ods. 1 O.s.p. O trovách odvolacieho konania odvolací súd rozhodol podľa § 146 ods. 1 písm. c/ v spojení s § 224 ods. 1 O.s.p. Poučenie: Proti tomuto uzneseniu odvolanie nie je prípustné.</w:t>
      </w:r>
    </w:p>
    <w:p/>
    <w:p>
      <w:r>
        <w:t>Zdroj: KAUZIS.SK – https://www.kauzis.sk/judikatura/r/ECLI:SK:KSBA:2011:1111217564.1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