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3Co/393/2011 z 30. 10. 2011</w:t>
      </w:r>
    </w:p>
    <w:p>
      <w:r>
        <w:t>Uznesenie Krajského súdu Bratislava z 30. októbra 2011, sp. zn. 3Co/393/2011, ECLI:SK:KSBA:2011:1208219960.1</w:t>
      </w:r>
    </w:p>
    <w:p>
      <w:r>
        <w:t>Súd: Krajský súd Bratislava</w:t>
      </w:r>
    </w:p>
    <w:p>
      <w:r>
        <w:t>Spisová značka: 3Co/393/2011</w:t>
      </w:r>
    </w:p>
    <w:p>
      <w:r>
        <w:t>ECLI: ECLI:SK:KSBA:2011:1208219960.1</w:t>
      </w:r>
    </w:p>
    <w:p>
      <w:r>
        <w:t>Dátum vydania: 30. 10. 2011</w:t>
      </w:r>
    </w:p>
    <w:p>
      <w:r>
        <w:t>Forma: Uznesenie</w:t>
      </w:r>
    </w:p>
    <w:p>
      <w:pPr>
        <w:pStyle w:val="Heading2"/>
      </w:pPr>
      <w:r>
        <w:t>Text rozhodnutia</w:t>
      </w:r>
    </w:p>
    <w:p>
      <w:r>
        <w:t>Súd: Krajský súd Bratislava Spisová značka: 3Co/393/2011 Identifikačné číslo súdneho spisu: 1208219960 Dátum vydania rozhodnutia: 31. 10. 2011 Meno a priezvisko sudcu, VSÚ: JUDr. Mária Šramková ECLI: ECLI:SK:KSBA:2011:1208219960.1 Uznesenie Krajský súd v Bratislave v právnej veci navrhovateľa: E.. J. Š., bytom W. X, T., proti odporkyni: O.. E. F. - Q., H. X, T., o zaplatenie 663,87 Eur s príslušenstvom, o odvolaní navrhovateľa a odporkyne proti rozsudku Okresného súdu Bratislava II v Bratislave č.k. 51C 11/2010-190 zo dňa 18.05.2011, takto r o z h o d o l : Odvolacie konanie voči navrhovateľovi sa z a s t a v u j e. Odvolanie v časti trov konania podané odporkyňou sa o d m i e t a . Žiaden z účastníkov nemá právo na náhradu trov odvolacieho konania. o d ô v o d n e n i e : Rozsudkom zo dňa 18.05.2011 súd prvého stupňa návrh navrhovateľa zamietol a odporkyni náhradu trov konania nepriznal. Rozsudok napadol odvolaním zo dňa 18.7.2011 v zákonnej lehote navrhovateľ. Navrhovateľ vo svojom podaní zo dňa 26.9.2011 uviedol, že žiada o stiahnutie odvolanie. Odvolací súd v zmysle ustanovenia § 41 ods. 2 O.s.p. podanie navrhovateľa zo dňa 26.9.2011 podľa jeho obsahu považoval za späťvzatie odvolania v celom rozsahu. Podľa § 207 O.s.p. vzdať sa odvolania možno len voči súdu, a to až po vyhlásení rozhodnutia. Dokiaľ o odvolaní nebolo rozhodnuté, možno ho vziať späť. Ak niekto vzal odvolanie späť, nemôže ho podať znova. Ak sa odvolanie, o ktorom nebolo rozhodnuté vzalo späť, odvolací súd odvolacie konanie zastaví. Podľa § 222 ods. 1 O.s.p. ak odvolateľ vezme odvolanie späť, právoplatnosť napadnutého rozhodnutia nastane, ako keby k podaniu odvolania nedošlo. V súlade s citovanými ustanoveniami súd odvolacie konanie vo veci zastavil. Proti rozsudku podala odvolanie aj odporkyňa v časti týkajúcej sa výroku o náhrade trov konania podaním na pošte dňa 08.07.2011. Krajský súd v Bratislave ako súd odvolací /§ 10 ods. 1 O.s.p./ preskúmal odvolanie odporkyne podľa § 214 ods. 2 písm. a) O.s.p., predovšetkým z hľadiska včasnosti jeho podania a dospel k záveru, že bolo podané oneskorene. Podľa § 204 ods. 1 O.s.p. odvolanie sa podáva do 15 dní od doručenia rozhodnutia na súde, proti rozhodnutiu ktorého smeruje. Ak bolo vydané opravné uznesenie, lehota plynie znovu od doručenia opravného uznesenia len v rozsahu vykonanej opravy. Podľa § 158 ods. 2 O.s.p. rovnopis písomného vyhotovenia rozsudku sa doručuje účastníkom, prípadne ich zástupcom do vlastných rúk. Podľa § 45 ods. 2 O.s.p. údaje uvedené na potvrdení o doručení písomnosti (ďalej len „doručenka“) sa považujú za pravdivé, ak nie je dokázaný opak. Napadnutý rozsudok bol doručovaný odporkyni do vlastných rúk podľa súdnej doručenky založenej na č.l. 193. Odporkyňa si zásielku na pošte prevzala dňa 22.06.2011, pričom prevzatie potvrdila na doručenke svojim podpisom. Odvolanie odporkyne bolo podané na pošte dňa 08.07. 2011 a súdu doručené dňa 13.07.2011. Lehota na podanie odvolania odporkyni skončila po uplynutí 15 dní odo dňa doručenia súdnej zásielky, teda dňa 07.07.2011, ktorý bol posledným dňom, kedy odporkyňa mohla odvolanie podať (§ 57 ods. 1, 2 O.s.p.). Odporkyňa podala odvolanie na pošte 08.07.2011, teda 1 deň po lehote stanovenej zákonom. Odvolací súd z uvedených dôvodov odvolanie odporkyne ako oneskorene podané v zmysle ust. § 218 ods. 1 písm. a/ O.s.p. odmietol. O trovách odvolacieho konania rozhodol odvolací súd podľa § 224 ods. 1 a § 146 ods. 1 písm. c) O.s.p. tak, že žiadny z účastníkov nemá právo na náhradu trov konania podľa jeho výsledku, ak konanie bolo zastavené. Toto rozhodnutie prijal senát Krajského súdu v Bratislave pomerom hlasov 3 : 0 . Poučenie: Proti tomuto uzneseniu odvolanie nie je prípustné.</w:t>
      </w:r>
    </w:p>
    <w:p/>
    <w:p>
      <w:r>
        <w:t>Zdroj: KAUZIS.SK – https://www.kauzis.sk/judikatura/r/ECLI:SK:KSBA:2011:1208219960.1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