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1Cob/120/2011 z 16. 10. 2011</w:t>
      </w:r>
    </w:p>
    <w:p>
      <w:r>
        <w:t>Opravné uznesenie Krajského súdu Bratislava z 16. októbra 2011, sp. zn. 1Cob/120/2011, ECLI:SK:KSBA:2011:1209205702.3</w:t>
      </w:r>
    </w:p>
    <w:p>
      <w:r>
        <w:t>Súd: Krajský súd Bratislava</w:t>
      </w:r>
    </w:p>
    <w:p>
      <w:r>
        <w:t>Spisová značka: 1Cob/120/2011</w:t>
      </w:r>
    </w:p>
    <w:p>
      <w:r>
        <w:t>ECLI: ECLI:SK:KSBA:2011:1209205702.3</w:t>
      </w:r>
    </w:p>
    <w:p>
      <w:r>
        <w:t>Dátum vydania: 16. 10. 2011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1Cob/120/2011 Identifikačné číslo súdneho spisu: 1209205702 Dátum vydania rozhodnutia: 17. 10. 2011 Meno a priezvisko sudcu, VSÚ: JUDr. Elena Erbenová ECLI: ECLI:SK:KSBA:2011:1209205702.3 Opravné uznesenie Krajský súd v Bratislave, vo veci žalobcu: VB LEASING SK, spol. s r. o., Nám. 1 Mája 11, Bratislava, IČO: 31 378 528, zast.: Advokátska kancelária ECKER - KÁN &amp; PARTNERS, s. r. o., Námestie Martina Benku, Bratislava, proti žalovanému: AUTOPOLIS, s. r. o., Panónska cesta 32, Bratislava, IČO: 35 728 311, práv. zast.: Mgr. Andrej Vlk, Galayova 21, Bratislava, o oprave uznesenia Krajského súdu v Bratislave č. k. 1Cob/120/2011-135 zo dňa 22.08.2011 takto r o z h o d o l : Súd o p r a v u j e záhlavie uznesenia Krajského súdu v Bratislave č. k. 1Cob/120/2011-135 zo dňa 22.08.2011 tak, že: názov súdu a označenie rozhodnutia má správne znieť: ...“voči rozsudku Okresného súdu Bratislava II č. k. 25Cb/226/2009-117 zo dňa 21.10.2010“... o d ô v o d n e n i e : Pri vyhotovovaní uznesenia zo dňa 22.08.2011 došlo k zrejmej nesprávnosti pri uvedení nesprávneho označenia súdu ktoré má správne znieť: Okresný súd Bratislava II a nie Okresný súd Bratislava I ako bolo nesprávne uvedené a rovnako opravuje názov rozhodnutia súdu prvého stupňa ktoré má správne znieť: rozsudok Okresného súdu Bratislava II č. k. 25Cb/226/2009-117 a nie uznesenie okresného súdu Bratislava I č. k. 28Cb/65/2011 ako bolo nesprávne záhlaví predmetného uznesenia uvedené. Zo znenia § 167 ods. 1, ods. 2 O. s. p. vyplýva, že ak zákon neustanovuje inak, rozhoduje súd uznesením. Uznesením sa rozhoduje najmä o podmienkach konania, o zastavení alebo prerušení konania, o odmietnutí návrhu na začatie konania, o zmene návrhu, o späťvzatí návrhu, o zmieri, o trovách konania, ako aj o veciach, ktoré sa týkajú vedenia konania. Ak nie je ďalej ustanovené inak, použijú sa na uznesenie primerane ustanovenia o rozsudku.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 poukazom na vyššie uvádzané skutočnosti a znenie citovaných zákonných ustanovení súd rozhodol o oprave tak, ako je uvedené vo výrokovej časti tohto uznesenia. Poučenie: : Proti tomuto uzneseniu je prípustné odvolanie v lehote 15 dní odo dňa jeho doručenia na Krajskom súde v Bratislave, písomne, vo dvoch vyhotoveniach.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https://www.kauzis.sk/judikatura/r/ECLI:SK:KSBA:2011:1209205702.3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