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5Co/376/2011 z 29. 9. 2011</w:t>
      </w:r>
    </w:p>
    <w:p>
      <w:r>
        <w:t>Uznesenie Krajského súdu Bratislava z 29. septembra 2011, sp. zn. 5Co/376/2011, ECLI:SK:KSBA:2011:1209222352.1</w:t>
      </w:r>
    </w:p>
    <w:p>
      <w:r>
        <w:t>Súd: Krajský súd Bratislava</w:t>
      </w:r>
    </w:p>
    <w:p>
      <w:r>
        <w:t>Spisová značka: 5Co/376/2011</w:t>
      </w:r>
    </w:p>
    <w:p>
      <w:r>
        <w:t>ECLI: ECLI:SK:KSBA:2011:1209222352.1</w:t>
      </w:r>
    </w:p>
    <w:p>
      <w:r>
        <w:t>Dátum vydania: 29. 9. 2011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5Co/376/2011 Identifikačné číslo súdneho spisu: 1209222352 Dátum vydania rozhodnutia: 30. 09. 2011 Meno a priezvisko sudcu, VSÚ: JUDr. Milan Chalúpka ECLI: ECLI:SK:KSBA:2011:1209222352.1 Uznesenie Krajský súd v Bratislave v právnej veci navrhovateľa : Váš správca spol. s r.o., F. X, D. IČO: 35 846 925, zast. JUDr. Josefom Hlaváčom, advokátom, N..V.. D. X, R. A. proti odporcovi: K.. K. Q., R. W. XXXX/X, R. U., o zaplatenie 1.188,37 eur, o späťvzatí návrhu na vydanie platobného rozkazu v konaní vedenom na Okresnom súde Bratislava II v Bratislave pod sp. zn. 7C 107/2011 takto: r o z h o d o l : Odvolací súd pripúšťa späťvzatie návrhu na vydanie platobného rozkazu, rozsudok Okresného súdu Bratislava II v Bratislave č.k. 7C/107/2011-55 z 4.7.2011 z r u š u j e a konanie z a s t a v u j e. Žiaden z účastníkov nemá nárok na náhradu trov konania. o d ô v o d n e n i e : Súd prvého stupňa rozhodol rozsudkom č.k. 7C/107/2011-55 z 4.7.2011 tak, že odporcovi uložil povinnosť zaplatiť navrhovateľovi 1 188,37 eura s 9 % ročným úrokom z omeškania od 16.12.2009 do zaplatenia a trovy konania 207,10 eura k rukám právneho zástupcu navrhovateľa. Následne, dňa 11.07. 2011 bolo súdu prvého stupňa navrhovateľom doručené späťvzatie návrhu na vydanie platobného rozkazu, s uvedením, že odporca po podaní žalobného návrhu, uhradil celú žalovanú istinu aj s príslušenstvom. Navrhovateľ navrhol súdu, aby konanie zastavil a rozhodol, že žiadny z účastníkov konania nemá nárok na náhradu trov konania a navrhovateľovi sa vracia súdny poplatok vo výške 64,37 eura. Súd prvého stupňa vyzval odporcu, či súhlasí so späťvzatím návrhu na začatie konania. Keďže súd vo výzve pripojil doložku podľa § 101 ods. 3) O.s.p. a odporca sa nevyjadril, má sa za to, že odporca voči späťvzatiu nemá námietky. Krajský súd v Bratislave ako súd odvolací (§ 10 ods.1 O.s.p.) prejednal vec bez nariadenia pojednávania podľa § 214 ods. 2 O.s.p. . Podľa § 208 O.s.p. ak je návrh na začatie konania vzatý späť, keď už rozhodol súd prvého stupňa, ale jeho rozhodnutie nie je dosiaľ právoplatné, odvolací súd rozhodne o pripustení späťvzatia. Súd späťvzatie nepripustí, ak druhý účastník s tým nesúhlasí. Ak späťvzatie pripustí, odvolací súd zruší rozhodnutie súdu prvého stupňa a konanie zastaví. V prípade, že odvolaciemu súdu dôjde podanie označené ako späťvzatie návrhu na začatie konania, je odvolací súd oprávnený skúmať len to, či takýto prejav vôle urobil účastník, ktorý predtým návrh podal a či z hľadiska obsahu ide skutočne o jeho späťvzatie. Pokiaľ sú tieto podmienky splnené a žalovaný účastník neprejavil so späťvzatím nesúhlas, odvolací súd musí v zmysle dispozičnej zásady postupovať podľa citovaného ust. § 208 O.s.p. V danom prípade boli splnené všetky uvedené podmienky, preto odvolací súd späťvzatie návrhu pripustil, rozsudok súdu prvého stupňa zo dňa 4.7.2011 č. k. 7C/107/2011-55 zrušil a konanie zastavil. Keďže navrhovateľ vo svojom späťvzatí navrhol, aby odvolací súd rozhodol, že žiaden z účastníkov nemá nárok na náhradu trov konania v zmysle tohto návrhu aj rozhodol podľa ust. § 146 ods. 1 O.s.p.. Navrhovateľ žiadal vrátiť zaplatený súdny poplatok vo výške 64,37 eura prostredníctvom príslušného daňového útvaru, avšak podľa § 11 ods 3. zák. č. 71/1992 Zb. o súdnych poplatkoch a poplatku za výpis z registra trestov sa poplatok splatný podaním návrhu na začatie konania, podaním odvolania alebo dovolania sa vráti, ak sa konanie zastavilo, ak sa podanie vrátane odvolania a dovolania odmietlo alebo ak sa návrh, odvolanie alebo dovolanie vzali späť pred prvým pojednávaním bez ohľadu na to, či bol vydaný platobný rozkaz alebo rozkaz na plnenie. V tomto konaní, však už bolo nariadené a aj vykonané pojednávanie dňa 4.7.2011 a z toho dôvodu odvolací súd nemohol rozhodnúť o vrátení súdneho poplatku. Na základe uvedených skutočností Krajský súd v Bratislave rozhodol v zmysle § 208 O.s.p. tak, ako je uvedené vo výroku tohto rozhodnutia. Poučenie: Toto uznesenie nemožno napadnúť odvolaním.</w:t>
      </w:r>
    </w:p>
    <w:p/>
    <w:p>
      <w:r>
        <w:t>Zdroj: KAUZIS.SK – https://www.kauzis.sk/judikatura/r/ECLI:SK:KSBA:2011:1209222352.1 (dáta aktuálne k 30. 10.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