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4Co/192/2011 z 29. 11. 2011</w:t>
      </w:r>
    </w:p>
    <w:p>
      <w:r>
        <w:t>Uznesenie Krajského súdu Bratislava z 29. novembra 2011, sp. zn. 4Co/192/2011, ECLI:SK:KSBA:2011:1210202714.2</w:t>
      </w:r>
    </w:p>
    <w:p>
      <w:r>
        <w:t>Súd: Krajský súd Bratislava</w:t>
      </w:r>
    </w:p>
    <w:p>
      <w:r>
        <w:t>Spisová značka: 4Co/192/2011</w:t>
      </w:r>
    </w:p>
    <w:p>
      <w:r>
        <w:t>ECLI: ECLI:SK:KSBA:2011:1210202714.2</w:t>
      </w:r>
    </w:p>
    <w:p>
      <w:r>
        <w:t>Dátum vydania: 29.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4Co/192/2011 Identifikačné číslo súdneho spisu: 1210202714 Dátum vydania rozhodnutia: 30. 11. 2011 Meno a priezvisko sudcu, VSÚ: JUDr. Jana Cisárová ECLI: ECLI:SK:KSBA:2011:1210202714.2 Uznesenie M. súd v V. v právnej veci navrhovateľa: C.. R. G., bytom H.. X. mája XX, V., zastúpeného U.. U. B., advokátom, so sídlom E. XX, V., proti odporcovi: F. T., s.r.o., so sídlom P. XX, V., C.: XX XXX XXX, zastúpenému L.. W. X., advokátkou, so sídlom S. X, V., o zaplatenie XXX,XX W. s príslušenstvom, na odvolanie odporcu proti rozsudku Okresného súdu V. C. z X. februára XXXX č. k. XXC XX/XXXX-XX, takto r o z h o d o l : D. súd odvolacie konanie z a s t a v u j e. Žiaden z účastníkov n e m á p r á v o na náhradu trov odvolacieho konania. o d ô v o d n e n i e : O. rozsudkom súd prvého stupňa zaviazal odporcu zaplatiť navrhovateľovi sumu XXX,XX W. s XX% úrokom z omeškania ročne zo sumy XX,XX W. od XX.XX.XXXX do zaplatenia, zo sumy XXX,XX W. od XX.XX.XXXX do zaplatenia, zo sumy X,XX W. od XX.XX.XXXX do zaplatenia a XX% úroky z omeškania zo sumy XXX,XX W. od XX.XX.XXXX do XX.XX.XXXX. O trovách konania rozhodol súd prvého stupňa podľa § 146 ods. 2 veta druhá O.s.p. v spojení s § 142 ods. 1 O.s.p. tak, že odporca je povinný zaplatiť navrhovateľovi náhradu trov konania vo výške XXX,XX W. na účet právneho zástupcu, všetko do troch dní od právoplatnosti rozsudku. Proti uvedenému rozsudku podal odporca včas odvolanie a žiadal, aby odvolací súd rozsudok súdu prvého stupňa zrušil a vec mu vrátil na ďalšie konanie. V priebehu odvolacieho konania podaním, doručeným odvolaciemu súdu dňa XX.XX.XXXX odporca oznámil, že podané odvolanie zo dňa XX.XX.XXXX smerujúce proti rozsudku súdu prvého stupňa berie v celom rozsahu späť a žiada odvolacie konanie zastaviť. Podľa § 207 ods. 2 O.s.p., dokiaľ o odvolaní nebolo rozhodnuté, možno ho vziať späť. Ak niekto vzal odvolanie späť, nemôže ho podať znova. Podľa § 207 ods. 3 O.s.p., ak sa odvolanie, o ktorom nebolo rozhodnuté, vzalo späť, odvolací súd odvolacie konanie zastaví. S poukazom na skutočnosť, že odporca využil svoje dispozitívne právo nakladania s podaným odvolaním a toto zobral späť v celom rozsahu so žiadosťou o zastavenie odvolacieho konania a o odvolaní ešte nebolo rozhodnuté, odvolací súd podľa § 207 ods. 3 O.s.p. odvolacie konanie zastavil. O náhrade trov odvolacieho konania odvolací súd rozhodol podľa ustanovenia § 224 ods. 1 O.s.p. v spojení s § 146 ods. 1 písm. c/ O.s.p. D. súd vyslovil, že žiaden z účastníkov nemá právo na náhradu trov odvolacieho konania, pretože odvolacie konanie bolo zastavené a u žiadneho z účastníkov nezistil zákonný nárok na náhradu trov konania. Z. rozhodnutie bolo prijaté senátom M. súdu v V. pomerom hlasov 3:0. Poučenie: Proti tomuto uzneseniu odvolanie nie je prípustné.</w:t>
      </w:r>
    </w:p>
    <w:p/>
    <w:p>
      <w:r>
        <w:t>Zdroj: KAUZIS.SK – https://www.kauzis.sk/judikatura/r/ECLI:SK:KSBA:2011:1210202714.2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