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4Co/372/2011 z 30. 10. 2011</w:t>
      </w:r>
    </w:p>
    <w:p>
      <w:r>
        <w:t>Uznesenie Krajského súdu Bratislava z 30. októbra 2011, sp. zn. 4Co/372/2011, ECLI:SK:KSBA:2011:1210205628.1</w:t>
      </w:r>
    </w:p>
    <w:p>
      <w:r>
        <w:t>Súd: Krajský súd Bratislava</w:t>
      </w:r>
    </w:p>
    <w:p>
      <w:r>
        <w:t>Spisová značka: 4Co/372/2011</w:t>
      </w:r>
    </w:p>
    <w:p>
      <w:r>
        <w:t>ECLI: ECLI:SK:KSBA:2011:1210205628.1</w:t>
      </w:r>
    </w:p>
    <w:p>
      <w:r>
        <w:t>Dátum vydania: 30. 10. 2011</w:t>
      </w:r>
    </w:p>
    <w:p>
      <w:r>
        <w:t>Forma: Uznesenie</w:t>
      </w:r>
    </w:p>
    <w:p>
      <w:pPr>
        <w:pStyle w:val="Heading2"/>
      </w:pPr>
      <w:r>
        <w:t>Text rozhodnutia</w:t>
      </w:r>
    </w:p>
    <w:p>
      <w:r>
        <w:t>Súd: Krajský súd Bratislava Spisová značka: 4Co/372/2011 Identifikačné číslo súdneho spisu: 1210205628 Dátum vydania rozhodnutia: 31. 10. 2011 Meno a priezvisko sudcu, VSÚ: JUDr. Jana Cisárová ECLI: ECLI:SK:KSBA:2011:1210205628.1 Uznesenie A. súd v B., v právnej veci navrhovateľa: F.. F. F., bytom V. 5 v B., zastúpený T. kanceláriou A., s.r.o., so sídlom A. XX, B., konajúcej prostredníctvom konateľa a advokáta F.. D.. B. A., proti odporkyni: F.. O. F., bytom B. XX v B., P.. T. Z., advokátkou so sídlom F. XX v B., o zaplatenie XX,XX € s príslušenstvom, na odvolanie navrhovateľa proti rozsudku Okresného súdu B. D. č.k. XXC XXX/XXXX-XX z XX. apríla XXXX v spojení s opravným uznesením Okresného súdu B. D. č.k. XXC XXX/XXXX-XX z X. júna XXXX, takto r o z h o d o l : H. súd pripúšťa späťvzatie návrhu, napadnutý rozsudok súdu prvého stupňa spolu s opravným uznesením z r u š u j e a konanie z a s t a v u j e . Navrhovateľ je p o v i n n ý zaplatiť odporkyni náhradu trov odvolacieho konania vo výške XX,XXX eur na účet právneho zástupcu do 3 dní. o d ô v o d n e n i e : Z. rozsudkom v spojení s opravným uznesením súd prvého stupňa návrh, ktorým navrhovateľ domáhal sa voči odporkyni zaplatenia XX,XX € s X,X % úrokom z omeškania ročne od XX.XX.XXXX až do zaplatenia a náhrady trov konania, zamietol. Navrhovateľovi uložil povinnosť zaplatiť odporkyni náhradu trov konania Y.,XX € do troch dní od právoplatnosti rozsudku. R. rozhodnutia napadol odvolaním navrhovateľ, ktorý v priebehu odvolacieho konania podaním z XX. septembra XXXX oznámil, že svoj návrh berie v celom rozsahu späť. Q. návrhu odôvodnil skutočnosťou, že navrhovateľ a odporkyňa vyriešili spor mimosúdnou dohodou o urovnaní z XX. septembra XXXX. X. odvolacieho súdu v prípade späťvzatia návrhu v odvolacom konaní upravuje § 208 O.s.p. Pre tento prípad určuje funkčnú príslušnosť odvolacieho súdu. Podľa uvedeného ustanovenia platí, že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Q. odporkyne so späťvzatím návrhu vyplýva z jej podania z XX.XX.XXXX. Q. zreteľom na dispozitívny úkon navrhovateľa a súhlas odporkyne so späťvzatím návrhu odvolací súd postupoval podľa § 208 O.s.p., pripustil späťvzatie návrhu, zrušil napadnutý rozsudok súdu prvého stupňa spolu s opravným uznesením a konanie zastavil. O trovách odvolacieho konania rozhodol odvolací súd podľa § 146 ods. 2 O.s.p. Navrhovateľ z procesného hľadiska späťvzatím návrhu zavinil, že sa odvolacie konanie muselo zastaviť a vznikla mu povinnosť nahradiť trovy tohto konania. H. súd priznal odporkyni náhradu trov odvolacieho konania, lebo v odvolacom konaní bol podaný návrh na rozhodnutie o priznaní náhrady trov tohto konania za jeden úkon právnej služby (vyjadrenie k odvolaniu) vo výške XX,XX eur podľa § 10 ods.1 vyhl. č. XXX/ XXXX Z.z., režijný paušál X,XX eur podľa § 16 ods. 3 vyhl. č. XXX/XXXX Z.z., spolu celkom XX,XXX eur. (§ 151 ods. 1 O.s.p.). K. rozhodnutie prijal senát A. súdu v B. pomerom hlasov 3 : X. Poučenie: Proti tomuto uzneseniu odvolanie nie je prípustné.</w:t>
      </w:r>
    </w:p>
    <w:p/>
    <w:p>
      <w:r>
        <w:t>Zdroj: KAUZIS.SK – https://www.kauzis.sk/judikatura/r/ECLI:SK:KSBA:2011:1210205628.1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