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2Cob/305/2011 z 27. 10. 2011</w:t>
      </w:r>
    </w:p>
    <w:p>
      <w:r>
        <w:t>Uznesenie Krajského súdu Bratislava z 27. októbra 2011, sp. zn. 2Cob/305/2011, ECLI:SK:KSBA:2011:1310215497.1</w:t>
      </w:r>
    </w:p>
    <w:p>
      <w:r>
        <w:t>Súd: Krajský súd Bratislava</w:t>
      </w:r>
    </w:p>
    <w:p>
      <w:r>
        <w:t>Spisová značka: 2Cob/305/2011</w:t>
      </w:r>
    </w:p>
    <w:p>
      <w:r>
        <w:t>ECLI: ECLI:SK:KSBA:2011:1310215497.1</w:t>
      </w:r>
    </w:p>
    <w:p>
      <w:r>
        <w:t>Dátum vydania: 27. 10. 2011</w:t>
      </w:r>
    </w:p>
    <w:p>
      <w:r>
        <w:t>Forma: Uznesenie</w:t>
      </w:r>
    </w:p>
    <w:p>
      <w:pPr>
        <w:pStyle w:val="Heading2"/>
      </w:pPr>
      <w:r>
        <w:t>Text rozhodnutia</w:t>
      </w:r>
    </w:p>
    <w:p>
      <w:r>
        <w:t>Súd: Krajský súd Bratislava Spisová značka: 2Cob/305/2011 Identifikačné číslo súdneho spisu: 1310215497 Dátum vydania rozhodnutia: 28. 10. 2011 Meno a priezvisko sudcu, VSÚ: JUDr. Lenka Praženková ECLI: ECLI:SK:KSBA:2011:1310215497.1 Uznesenie Krajský súd v Bratislave v právnej veci žalobcu: Allianz - Slovenská poisťovňa, a.s., Dostojevského rad 4, Bratislava, IČO: 00 151 700, adresa na doručovanie: Allianz - Slovenská poisťovňa, a.s., Regionálny právny odbor pre región Bratislava, Račianska 62, Bratislava, proti žalovanému: ATRIMEX, spol. s r.o., Nobelova 34, Bratislava, IČO: 35 692 171, P.O.BOX 54, Bratislava 33, o zaplatenie 151,56 eura s príslušenstvom, o späťvzatí žaloby po vyhlásení rozsudku Okresným súdom Bratislava III, č.k. 22Cb/53/2011-33 zo dňa 28.04.2011 v lehote na podanie odvolania, takto r o z h o d o l : Krajský súd v Bratislave p r i p ú š ť a späťvzatie žaloby, rozsudok Okresného súdu Bratislava III, č.k. 22Cb/53/2011-33 zo dňa 28.04.2011 z r u š u j e a konanie z a s t a v u j e . Žalovaný je povinný z a p l a t i ť žalobcovi 16,50 eura na náhradu trov konania do troch dní od právoplatnosti tohto uznesenia. o d ô v o d n e n i e : Rozsudkom č.k. 22Cb/53/2011-33 zo dňa 28.04.2011 súd prvého stupňa uložil žalovanému povinnosť zaplatiť žalobcovi 151,56 eura s 8,5% úrokom z omeškania ročne od 10.09.2008 do zaplatenia a sumu 16,50 eura na náhradu trov konania (náhrada súdneho poplatku). Podaním zo dňa 9.6.2011, podaným poštou dňa 10.06.2011 (v lehote na odvolanie) zobral žalobca svoju žalobu v celom rozsahu späť, pretože žalovaný pohľadávku, vrátane jej príslušenstva, uhradil. Požiadal, aby súd konanie zastavil. Podľa § 96 ods. 1 O.s.p. navrhovateľ môže vziať za konania späť návrh na jeho začatie, a to sčasti alebo celkom. Ak je návrh vzatý späť celkom, súd konanie zastaví. Ak je návrh vzatý späť sčasti, súd konanie v tejto časti zastaví. Podľa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Vzhľadom k tomu, že žalobca do nadobudnutia právoplatnosti rozhodnutia súdu prvého stupňa zobral svoju žalobu späť a žalovaný nevyjadril so späťvzatím žaloby svoj nesúhlas, odvolací súd podľa ust. § 208 O.s.p. rozhodol o pripustení späťvzatia , ďalej o zrušení rozhodnutia súdu prvého stupňa a zastavení konania. Podľa § 224 ods. 1 O.s.p. ustanovenia o trovách konania pred súdom prvého stupňa platia i pre odvolacie konanie. Podľa § 146 ods. 1 písm. c) O.s.p. žiaden z účastníkov nemá právo na náhradu trov konania podľa jeho výsledku, ak konanie bolo zastavené. Podľa § 146 ods. 2 O.s.p. ak niektorý z účastníkov zavinil, že konanie sa muselo zastaviť, je povinný uhradiť jeho trovy. Ak sa však pre správanie odporcu vzal späť návrh, ktorý bol podaný dôvodne, je povinný uhradiť trovy konania odporca. O náhrade trov konania, odvolací súd rozhodoval podľa s ust. § 224 ods. 1 O.s.p. v spojení s ust. § 146 ods. 2 veta druhá O.s.p., pretože žaloba bola podaná dôvodne a žalovaný predmetnú pohľadávku uhradil po podaní žaloby na súd (ako preukázal žalobca, pohľadávka mu bola pripísaná na účet dňa 31.5.2011). Žalobca zobral späť žalobu pre správanie žalovaného, pričom v podaní zo dňa 16.08.2011 uviedol, že späťvzatie žaloby berie späť, čo nie je prípustné. Vzhľadom k dôvodnosti žaloby a k dôvodu späťvzatia možno konštatovať, že žalobcovi vzniklo proti žalovanému podľa § 146 ods. 2 veta druhá právo na náhradu trov konania, ktoré mu vznikli na zaplatenom súdnom poplatku za žalobu vo výške 16,50 eura . Toto rozhodnutie odvolacieho senátu bolo prijaté hlasovaním v pomere hlasov: za 3:0 proti. Poučenie: Proti tomuto uzneseniu odvolanie nie je prípustné.</w:t>
      </w:r>
    </w:p>
    <w:p/>
    <w:p>
      <w:r>
        <w:t>Zdroj: KAUZIS.SK – https://www.kauzis.sk/judikatura/r/ECLI:SK:KSBA:2011:1310215497.1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