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8Co/379/2010 z 29. 11. 2011</w:t>
      </w:r>
    </w:p>
    <w:p>
      <w:r>
        <w:t>Uznesenie Krajského súdu Bratislava z 29. novembra 2011, sp. zn. 8Co/379/2010, ECLI:SK:KSBA:2011:1407217788.1</w:t>
      </w:r>
    </w:p>
    <w:p>
      <w:r>
        <w:t>Súd: Krajský súd Bratislava</w:t>
      </w:r>
    </w:p>
    <w:p>
      <w:r>
        <w:t>Spisová značka: 8Co/379/2010</w:t>
      </w:r>
    </w:p>
    <w:p>
      <w:r>
        <w:t>ECLI: ECLI:SK:KSBA:2011:1407217788.1</w:t>
      </w:r>
    </w:p>
    <w:p>
      <w:r>
        <w:t>Dátum vydania: 29. 11. 2011</w:t>
      </w:r>
    </w:p>
    <w:p>
      <w:r>
        <w:t>Forma: Uznesenie</w:t>
      </w:r>
    </w:p>
    <w:p>
      <w:r>
        <w:t>Oblasť práva: Občianske právo</w:t>
      </w:r>
    </w:p>
    <w:p>
      <w:pPr>
        <w:pStyle w:val="Heading2"/>
      </w:pPr>
      <w:r>
        <w:t>Text rozhodnutia</w:t>
      </w:r>
    </w:p>
    <w:p>
      <w:r>
        <w:t>Súd: Krajský súd Bratislava Spisová značka: 8Co/379/2010 Identifikačné číslo súdneho spisu: 1407217788 Dátum vydania rozhodnutia: 30. 11. 2011 Meno a priezvisko sudcu, VSÚ: JUDr. Ľuboš Sádovský ECLI: ECLI:SK:KSBA:2011:1407217788.1 Uznesenie U. súd v Y. v právnej veci navrhovateľa: I. E. Y., a.s., so sídlom A. X, Y., zastúpeného G.. J. U., advokátom, so sídlom N. U. T. - U. &amp; E. so sídlom P. M. Y. X-CX, Y., proti odporkyni: T. I., bytom J. - A. XXX, J. - A., o zaplatenie XX,XX T. (X.XXX,- Sk) s príslušenstvom, na odvolanie odporkyne, proti rozsudku Okresného súdu Y. M. zo dňa XX. apríla XXXX č.k. XC XXX/XXXX-XX, jednohlasne takto r o z h o d o l : A. súd odvolanie odporkyne o d m i e t a. Žiaden z účastníkov nemá právo na náhradu trov odvolacieho konania. o d ô v o d n e n i e : P. rozsudkom súd prvého stupňa uložil odporkyni povinnosť zaplatiť navrhovateľovi sumu XX,XX eur a trovy konania v sume XX,XX eur. Z. tak podľa § 760 A.. zák. a § 11 ods. 1 písm. d), § 14 ods. 2 zákona č. XXX/XXXX Z.z., keď vykonaným dokazovaním mal za preukázané, že odporkyňa cestovala v dopravnom prostriedku navrhovateľa a na výzvu revízora sa nepreukázala platným cestovným lístkom, a preto je povinná zaplatiť cestovné v sume XX,-Sk a úhradu v sume X.XXX,-Sk predstavujúcu XXX- násobok základného cestovného bez príplatkov a zliav, čo spolu predstavuje sumu XX,XX eur. O náhrade trov konania rozhodol podľa § 142 ods. 1 O.s.p.. Proti tomuto rozsudku v zákonom stanovenej lehote podala odvolanie odporkyňa, v ktorom uviedla, že rozsudok napáda v celom rozsahu, pretože došlo k vadám súdneho rozhodnutia. S., že trvalý pobyt nemá nikde, je potencionálny bezdomovec, ale nie vlastnou chybou. D. v odvolaní uviedla, že dňa XX.XX.XXXX bola v nedeľu mimo Y. a domov prišla o XX,XX hod. presne podľa záznamov v jej kalendári, ktorý si vedie od roku XXXX z dôvodu evidencie brigád. E. navrhovateľa považuje za podvod a vydieranie aj vzhľadom na to, že v rozsudku sa neuvádza platnosť občianskeho preukazu. E. aj na vedenie iného konania, z ktorého sa dozvedela, že nie je spôsobilá dokazovať navrhovateľovi jeho krivé svedectvo a uviedla, že nepotrebuje dokazovať fikciu, resp. neexistujúci skutok. D. uviedla, že toto vysvetlenie netreba považovať za odpor. A. súd preskúmal vec z hľadiska ust. § 218 O.s.p., bez nariadenia odvolacieho pojednávania podľa § 214 ods. 2 O.s.p. a dospel k záveru, že odvolanie odporkyne je potrebné odmietnuť. Podľa § 205 ods. 1 O.s.p., v odvolaní sa má popri všeobecných náležitostiach (§ 42 ods. X) uviesť, proti ktorému rozhodnutiu smeruje, v akom rozsahu sa napáda, v čom sa toto rozhodnutie alebo postup súdu považuje za nesprávny a čoho sa odvolateľ domáha. Podľa § 205 ods. 2 O.s.p., odvolanie proti rozsudku alebo uzneseniu, ktorým bolo rozhodnuté vo veci samej, možno odôvodniť len tým, že a) v konaní došlo k vadám uvedeným v § 221 ods. X,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 Podľa § 209 ods. 1 O.s.p., súd prvého stupňa uznesením vyzve toho, kto podal odvolanie neobsahujúce náležitosti podľa § 205 ods. 1 a X,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211 ods. 1 vety prvej O.s.p., ak súd prvého stupňa nesprávne postupoval podľa § 209 ods. X, odvolací súd sám vyzve toho, kto podal odvolanie, aby doplnil chýbajúce náležitosti, a poučí ho o následkoch neodstránenia vád odvolania podľa § 218 ods. 1 písm. d). Podľa § 218 ods. 1 písm. d) O.s.p., odvolací súd odmietne odvolanie, ktoré nemá náležitosti podľa § 205 ods. 1 a X, ak boli dodržané podmienky podľa § 209 ods. 1 a § 211 ods. 1 O.s.p.. Z obsahu spisu odvolací súd zistil, že uznesením zo dňa XX. júna XXXX súd prvého stupňa vyzval odporkyňu na odstránenie vád odvolania doplnením zákonom stanovených náležitostí odvolania podľa § 205 ods. 1 a 2 O.s.p. a poučil ju aj o tom, čo je potrebné v odvolaní uviesť, ako aj o následkoch neodstránenia vád odvolania v zmysle § 218 ods. 1 písm. d) O.s.p.. S., ktorým bola odporkyňa vyzvaná na odstránenie vád odvolania jej bolo doručené dňa XX.XX.XXXX, avšak odporkyňa na výzvu súdu nereagovala a svoje odvolanie o zákonom stanovené náležitosti nedoplnila. Z uvedených dôvodov odvolací súd odvolanie odporkyne podľa § 218 ods. 1 písm. d) O.s.p. odmietol, keď jej odvolanie neobsahovalo náležitosti podľa § 205 ods. 1 a 2 O.s.p. a boli dodržané podmienky podľa § 209 ods. 1 a § 211 ods. 1 O.s.p.. O náhrade trov odvolacieho konania rozhodol odvolací súd podľa § 224 ods. 1 O.s.p., v spojení s ust. § 146 ods. 1 písm. c) O.s.p., keď výsledok konania bol analogický, ako pri zastavení konania a pre iné rozhodnutie o náhrade trov konania nebol daný zákonný dôvod. Poučenie: Proti tomuto uzneseniu odvolanie nie je prípustné.</w:t>
      </w:r>
    </w:p>
    <w:p/>
    <w:p>
      <w:r>
        <w:t>Zdroj: KAUZIS.SK – https://www.kauzis.sk/judikatura/r/ECLI:SK:KSBA:2011:1407217788.1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