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8Co/90/2011 z 5. 12. 2011</w:t>
      </w:r>
    </w:p>
    <w:p>
      <w:r>
        <w:t>Rozsudok Krajského súdu Bratislava z 5. decembra 2011, sp. zn. 8Co/90/2011, ECLI:SK:KSBA:2011:1409201341.1</w:t>
      </w:r>
    </w:p>
    <w:p>
      <w:r>
        <w:t>Súd: Krajský súd Bratislava</w:t>
      </w:r>
    </w:p>
    <w:p>
      <w:r>
        <w:t>Spisová značka: 8Co/90/2011</w:t>
      </w:r>
    </w:p>
    <w:p>
      <w:r>
        <w:t>ECLI: ECLI:SK:KSBA:2011:1409201341.1</w:t>
      </w:r>
    </w:p>
    <w:p>
      <w:r>
        <w:t>Dátum vydania: 5. 12. 2011</w:t>
      </w:r>
    </w:p>
    <w:p>
      <w:r>
        <w:t>Forma: Rozsudok</w:t>
      </w:r>
    </w:p>
    <w:p>
      <w:pPr>
        <w:pStyle w:val="Heading2"/>
      </w:pPr>
      <w:r>
        <w:t>Text rozhodnutia</w:t>
      </w:r>
    </w:p>
    <w:p>
      <w:r>
        <w:t>Súd: Krajský súd Bratislava Spisová značka: 8Co/90/2011 Identifikačné číslo súdneho spisu: 1409201341 Dátum vydania rozhodnutia: 06. 12. 2011 Meno a priezvisko sudcu, VSÚ: JUDr. Ľuboš Sádovský ECLI: ECLI:SK:KSBA:2011:1409201341.1 ROZSUDOK V MENE SLOVENSKEJ REPUBLIKY N. súd v Z. v senáte zloženom z predsedu senátu V.. G. M. a členov senátu V.. W. K. a V.. V. O. v právnej veci navrhovateľa: M. Z. Z. R., so sídlom B. X, Z., zastúpeného V.. V. X., advokátom v Z., Z. XX, proti odporcom: v X. rade L. O., bytom V. XX, Z., X. rade L. O., bytom N. XX, Z., zastúpenému G. &amp; B., s.r.o., AK so sídlom L. X, Z., o vypratanie bytu, na odvolanie navrhovateľa proti rozsudku Okresného súdu Z. R. zo dňa XX.XX.XXXX č. k. XXC XX/XXXX-XX, jednohlasne takto r o z h o d o l : T. súd napadnutý rozsudok súdu prvého stupňa p o t v r d z u j e. Odporcom v X. a X. rade náhradu trov odvolacieho konania nepriznáva. o d ô v o d n e n i e : I. rozsudkom súd prvého stupňa zamietol návrh, ktorým sa navrhovateľ ako výlučný vlastník domáhal voči odporcom v X. a X. rade ako spoločným nájomcom vypratania družstevného bytu č. XXX na XX. poschodí na V. ul. č. X v Z. z dôvodu, že títo uvedený byt užívajú bez právneho dôvodu, po tom ako im nájom vypovedal výpoveďou zo XX.XX.XXXX, doručenou XX.XX.XXXX domáhajúc sa tak ochrany podľa § 126 ods. 1 T. zákonníka. Z vykonaného dokazovania mal preukázané, že vlastníkom vyššie hore uvedeného bytu je navrhovateľ, rovnako ako to, že odporcom v X. a X. rade ako manželom vzniklo počas trvania manželstva právo spoločného nájmu manželov, pri spoločnom členstve k tomuto družstevnému bytu, ako aj to, že ich manželstvo je rozvedené. W. deti boli na čas po rozvode manželstva zverené do osobnej starostlivosti odporcu v X. rade. L. má preukázané, že navrhovateľ dal odporcom v X. a X. rade písomne výpoveď z nájmu podľa § 710 ods. X, § 711 ods. 1 písm. d) T. zákonníka, z dôvodu, že títo od januára do júla XXXX neuhrádzali riadne zálohové platby za služby a nedoplatok za vyúčtovanie k XX.XX.XXXX. W. preukázané, že v danom prípade bola výpoveď z nájmu riadne doručená len jednému zo spoločných nájomcov manželov a nie obom, keďže odporca v X. rade sa v predmetom byte nezdržoval a o uložení zásielky s výpoveďou nemal vedomosť, čo bolo preukázané zo spisu súdu prvého stupňa o rozvode manželstva odporcov v X., X. rade; pre nedoručenie výpovede jednému zo spoločných nájomcov nedošlo k zániku nájmu, odporcovia sú stále spoločnými nájomcami bytu, aj keď sú toho času rozvedení, o spoločnom nájme sa po rozvode nedohodli, ani o tomto nerozhodol súd a naďalej predmetný byt užívajú na základe právneho dôvodu, ktorým je nájomná zmluva zo dňa XX.XX.XXXX. B. na to, že odporca v X. rade v byte od roku XXXX nebýval a toto navrhovateľovi ako prenajímateľovi neoznámil, čím porušil svoje povinnosti nájomcu, avšak ani uvedený dôvod nemenil nič na skutočnosti, že výpoveď odporcovi v X. rade nebola riadne doručená a nenastali jej účinky a nedošlo teda k zániku spoločného nájmu a preto návrh zamietol. O náhrade trov konania rozhodol podľa § 142 ods. 1 O.s.p., úspešnej odporkyni v X. rade trovy konania nevznikli a odporcovi priznal trovy právneho zastúpenia spolu vo výške XXX,XX eura za dva úkony právnej služby, prevzatie, príprava, zastúpenie a účasť na pojednávaní súdu, 2 x režijný paušál zvýšený o XX% X. podľa § 10 ods. X, § 14 ods. 1 písm. a), d), § 16 ods. 3 vyhlášky č. XXX/XXXX E.. pri sadzbe tarifnej odmeny XX,XX eura za jeden úkon. Proti tomuto rozsudku podal včas odvolanie navrhovateľ, domáhajúc sa jeho zmeny a vyhovenie návrhu na vypratanie predmetného bytu, namietajúc nesprávne právne posúdenie veci, najmä pokiaľ išlo o posúdenie účinkov doručenia výpovede odporcovi v X. rade dňom XX.XX.XXXX v zmysle § 46 ods. 2 O.s.p. v znení platnom do XX.XX.XXXX. G., že bolo preukázané, že nájomcovia si vo vzťahu k nemu ako prenajímateľovi neplnili ani základné zákonné a zmluvné povinnosti, z ktorého dôvodu im bola daná výpoveď. Táto bola obom nájomcom riadne doručená a skutočnosť, že odporca od roku XXXX v družstevnom byte nebýval, a neoznámil skutočnú adresu pobytu, nemôže byť na jeho ujmu, čo je v rozpore s ustanovením § 3 T. zákonníka a teda v rozpore s dobrými mravmi a uvedeným postupom súd prvého stupňa nepriznal mu ako vlastníkovi ochranu podľa § 126 ods. 1 T. zákonníka. Odporcovia sa k podanému odvolaniu nevyjadrili napriek tomu, že rovnopis im bol riadne doručený. T. súd preskúmal napadnutý rozsudok v rozsahu a z dôvodov podaného odvolania, ktorým bol viazaný (§ 212 ods. 1 O.s.p.) vrátane konania, ktoré mu predchádzalo bez nariadenia odvolacieho pojednávania (§ 214 ods. 2 v spojení s § 156 ods. 3 O.s.p.) a dospel k záveru, že odvolanie navrhovateľa je nedôvodné, keď napadnutý rozsudok súdu prvého stupňa je vecne správny. V prejednávanej veci súd prvého stupňa vykonal dokazovanie v rozsahu nevyhnutne potrebnom na zistenie rozhodujúcich skutočností dôležitých pre posúdenie dôvodnosti návrhu navrhovateľa na vypratanie nehnuteľnosti (§ 120 ods. X, 4 O.s.p.) a zhodnotením výsledkov vykonaného dokazovania v súlade s ustanovením § 132 O.s.p. dospel k správnemu skutkovému zisteniu, že právo spoločného nájmu uvedeného družstevného bytu, ktoré vzniklo odporcom v X. a X. rade ako manželom k XX.XX.XXXX nezaniklo výpoveďou zo dňa XX.XX.XXXX doručovanou týmto odporcom poštou prvýkrát XX.XX.XXXX z dôvodu, že u odporcu v X. rade nebol dodržaný postup pre tzv. náhradné doručenie podľa § 46 ods. 2 O.s.p., keď tento sa na adrese doručovania na V. 6 v Z. nezdržiaval v čase doručovania, resp. nezdržiaval od roku XXXX, z ktorého dôvodu nedošlo k zániku tohto spoločného nájmu. Odporcovia predmetný byt užívali na základe platného právneho dôvodu a navrhovateľ sa tak nedôvodne domáhal ochrany svojho vlastníckeho práva vypratania v zmysle § 126 ods. X, 2 T. zákonníka. X. vedúce k zamietnutiu návrhu súd prvého stupňa náležite a súlade s ustanovením § 157 ods. 2 O.s.p. odôvodnil, pričom obsah odvolania navrhovateľa nebol spôsobilý spochybniť správnosť záverov napadnutého rozsudku súdu prvého stupňa z hľadiska dôvodov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nevyšlo najavo, že by konanie, ktoré predchádzalo vydaniu napadnutého rozhodnutia bolo postihnuté takou vadou, ktorá by mala za následok vecnú nesprávnosť rozhodnutia (§ 212 ods. 3 O.s.p.). B. toho, aby mohlo byť návrhu na vypratanie bytu vyhovené je, aby bola nájomcom, prípadne spoločným nájomcom platne doručená výpoveď nájmu bytu. V danej veci nebola spornou otázka doručenia výpovede odporkyni v X. rade, resp. voči nedodržaniu postupu v zmysle ustanovenia § 46 ods. 2 O.s.p. voči tejto spoločnej nájomníčke neboli vznesené zo strany účastníkov, ani z jej strany žiadne námietky. O. doručeniu uvedeným postupom však vzniesol oprávnene námietky odporca v X. rade, pričom súd prvého stupňa na základe odporcom v X. rade označených dôkazov zistil z rozvodového spisu odporcov v X. a X. rade vedeného na tomto súde, že tento sa v predmetnom byte na V. 6 v Z. nezdržiaval od roku XXXX. B. účinnosti náhradného doručenie v zmysle ustanovenia § 46 ods. 2 O.s.p. v znení účinnom do XX. októbra XXXX je dodržanie tam ustanoveného postupu a predovšetkým dodržanie podmienky, že adresát sa zdržuje v mieste doručenia. B. zdržovaním sa adresáta v mieste doručenie treba rozumieť stav, ktorý mu umožňuje zásielku bezprostredne po náhradnom doručení prevziať od osoby v zákone označenej; pričom za zdržovania sa v mieste doručenia nemožno považovať nielen dlhodobejšiu neprítomnosť adresáta v mieste doručenia, ale ani stav prechodný, krátkodobý pobyt mimo jeho bydliska, napr. dovolenka, pracovná cesta a podobne. X. uložením písomnosti je možné len za predpokladu, že pokusy doručiť inej dospelej osobe zostali bezúspešné, s tým, že o uložení treba adresáta informovať vhodným spôsobom (zanechaním oznámenia v poštovej schránke, vo dverách bytu a podobne). F. pokiaľ si adresát písomnosť v odbernej lehote nevyzdvihol nastáva zo zákona fikcia jeho doručenia a to bez ohľadu na to, že sa adresát o tom nedozvedel. F. bolo uvedené, nedodržanie ustanoveného postupu podľa § 46 ods. 2 O.s.p. znamená neúčinné náhradné doručenie, v danom prípade výpovede, ako jednostranného rozväzovacieho právneho úkonu spôsobujúceho za iných okolností zánik nájmu, z ktorého dôvodu tak nezačala plynúť ani výpovedná lehota, ani lehota ustanovená v § 711 ods. 6 T. zákonníka na uplatnenie neplatnosti výpovede žalobou na súde. Z uvedených dôvodov preto odvolací súd napadnutý rozsudok súdu prvého stupňa ako vecne správny potvrdil podľa § 219 ods. X, 2 O.s.p.. O náhrade trov odvolacieho konania rozhodol odvolací súd podľa § 224 ods. 1 v spojení s § 142 ods. 1 O.s.p.. P. odporcom v X. a X. rade náhradu odvolacieho konania nepriznal, keďže tento nárok si neuplatnili riadnym návrhom v zmysel ustanovenia § 151 ods. 1 O.s.p. Poučenie: Proti tomuto rozsudku odvolanie nie je prípustné.</w:t>
      </w:r>
    </w:p>
    <w:p/>
    <w:p>
      <w:r>
        <w:t>Zdroj: KAUZIS.SK – https://www.kauzis.sk/judikatura/r/ECLI:SK:KSBA:2011:1409201341.1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