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5Co/237/2011 z 21. 12. 2011</w:t>
      </w:r>
    </w:p>
    <w:p>
      <w:r>
        <w:t>Uznesenie Krajského súdu Bratislava z 21. decembra 2011, sp. zn. 5Co/237/2011, ECLI:SK:KSBA:2011:1409211083.1</w:t>
      </w:r>
    </w:p>
    <w:p>
      <w:r>
        <w:t>Súd: Krajský súd Bratislava</w:t>
      </w:r>
    </w:p>
    <w:p>
      <w:r>
        <w:t>Spisová značka: 5Co/237/2011</w:t>
      </w:r>
    </w:p>
    <w:p>
      <w:r>
        <w:t>ECLI: ECLI:SK:KSBA:2011:1409211083.1</w:t>
      </w:r>
    </w:p>
    <w:p>
      <w:r>
        <w:t>Dátum vydania: 21. 12. 2011</w:t>
      </w:r>
    </w:p>
    <w:p>
      <w:r>
        <w:t>Forma: Uznesenie</w:t>
      </w:r>
    </w:p>
    <w:p>
      <w:r>
        <w:t>Oblasť práva: Občianske právo</w:t>
      </w:r>
    </w:p>
    <w:p>
      <w:pPr>
        <w:pStyle w:val="Heading2"/>
      </w:pPr>
      <w:r>
        <w:t>Text rozhodnutia</w:t>
      </w:r>
    </w:p>
    <w:p>
      <w:r>
        <w:t>Súd: Krajský súd Bratislava Spisová značka: 5Co/237/2011 Identifikačné číslo súdneho spisu: 1409211083 Dátum vydania rozhodnutia: 22. 12. 2011 Meno a priezvisko sudcu, VSÚ: JUDr. Juraj Považan ECLI: ECLI:SK:KSBA:2011:1409211083.1 Uznesenie Krajský súd v Bratislave v právnej veci navrhovateľa: Stavebné bytové družstvo Bratislava IV, Polianky č. 9, zast. JUDr. Jozefom Drvárom, advokátom v Bratislave, Belinského 16, proti odporkyni: J. X., X. P. Bratislave, Y. U. Č.. X, o zaplatenie 345,38 €, na odvolanie navrhovateľa proti rozsudku Okresného súdu Bratislava IV v Bratislave zo dňa 7. marca 2011 č.k. 22C 24/2010 - 44 takto r o z h o d o l : Odvolací súd rozsudok súdu prvého stupňa v napadnutej časti týkajúcej sa náhrady trov konania m e n í tak, že odporkyňa je povinná zaplatiť navrhovateľovi náhradu trov konania v sume 87,52 € do troch dní do rúk JUDr. Jozefa Drvára. Odporkyňa je povinná zaplatiť navrhovateľovi náhradu trov odvolacieho konania v sume 24,01 € do troch dní do rúk JUDr. Jozefa Drvára. o d ô v o d n e n i e : Napadnutým rozsudkom súd prvého stupňa zastavil konanie v časti o zaplatenie istiny 345,38 € s tým, že odporkyňa dňa 4.11.2009 žalovanú istinu navrhovateľovi uhradila. Vo zvyšku návrh, ktorým si navrhovateľ uplatnil úhradu úroku z omeškania do 3.11.2009, zamietol po zistení, že odporkyňa dňa 17.9.2010 poukázala navrhovateľovi sumu 54,01 € z ktorej si mohol zúčtovať dlžné úroky. O trovách rozhodol tak, že žiadnemu z účastníkov ich náhradu nepriznal. Proti tomuto rozsudku podal v zákonnej lehote odvolanie navrhovateľ. Navrhol napadnutý rozsudok zmeniť a to len v časti nepriznanej mu náhrady trov konania s poukazom na to, že v konaní mal plný úspech. Poukázal na skutočnosť, že k úhrade žalovanej istiny došlo až potom, ako inicioval súdny spor. Žiadal uhradiť súdny poplatok 20,50 € a náhradu trov právneho zastúpenia 77,11 € a odvolacie trovy za 1 úkon právnej služby 16,60 € + 1 x režijný paušál 7,41 €. Odvolací súd preskúmal vec v medziach podaného odvolania bez odvolacieho pojednávania (§ 212 ods. 1 a § 214 ods. 2 O.s.p.) a dospel k záveru, že odvolanie je dôvodné. Podľa § 146 ods. 2 O.s.p. ak niektorý účastník zavinil, že konanie sa muselo zastaviť, je povinný uhradiť jeho trovy. Ak sa však pre správanie odporcu vzal späť návrh, ktorý bol podaný dôvodne, je povinný nahradiť trovy konania odporca. Ak teda v prejednávanej veci došlo k zastaveniu konania, po tom, čo navrhovateľ vzal účinne späť dôvodný návrh na začatie konania, výnimočne možno uložiť odporcovi, keďže bol návrh vzatý späť pre jeho správanie povinnosť nahradiť trovy zastaveného konania navrhovateľovi. Z obsahu spisu totiž jednoznačne vyplýva, že návrh, ktorý bol podaný dôvodne, bol vzatý späť len pre chovanie odporkyne, ktorá až po podaní návrhu (20.10.2009) dňa 4.11.2009 žalovanú sumu navrhovateľovi uhradila. Aplikácia ust. § 146 ods. 1 písm. c/ O.s.p., ktorú použil súd prvého stupňa správna nie je a preto odvolací súd uznesenie súdu prvého stupňa v napadnutej časti zmenil (§ 220 O.s.p.) a úspešnému navrhovateľovi priznal náhradu trov právneho zastúpenia za dva úkony právnej služby á 26,56 € (1. prevzatie veci, 2. podanie návrhu) a 2 x režijný paušál 6,95 € + súdny poplatok za návrh 20,50 € spolu teda 87,52 €. V zmysle § 146 ods. 2 veta druhá v spojení s ust. § 224 ods. 1 O.s.p. má navrhovateľ právo na náhradu trov odvolacieho konania a to za 1 úkon právnej služby (3/4) á 16,60 € + 1 x režijný paušál 7,41 €. Poučenie: Toto uznesenie nemožno napadnúť odvolaním.</w:t>
      </w:r>
    </w:p>
    <w:p/>
    <w:p>
      <w:r>
        <w:t>Zdroj: KAUZIS.SK – https://www.kauzis.sk/judikatura/r/ECLI:SK:KSBA:2011:1409211083.1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