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3Co/38/2011 z 20. 11. 2011</w:t>
      </w:r>
    </w:p>
    <w:p>
      <w:r>
        <w:t>Uznesenie Krajského súdu Bratislava z 20. novembra 2011, sp. zn. 3Co/38/2011, ECLI:SK:KSBA:2011:1409211266.4</w:t>
      </w:r>
    </w:p>
    <w:p>
      <w:r>
        <w:t>Súd: Krajský súd Bratislava</w:t>
      </w:r>
    </w:p>
    <w:p>
      <w:r>
        <w:t>Spisová značka: 3Co/38/2011</w:t>
      </w:r>
    </w:p>
    <w:p>
      <w:r>
        <w:t>ECLI: ECLI:SK:KSBA:2011:1409211266.4</w:t>
      </w:r>
    </w:p>
    <w:p>
      <w:r>
        <w:t>Dátum vydania: 20. 11. 2011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3Co/38/2011 Identifikačné číslo súdneho spisu: 1409211266 Dátum vydania rozhodnutia: 21. 11. 2011 Meno a priezvisko sudcu, VSÚ: JUDr. Martin Murgaš ECLI: ECLI:SK:KSBA:2011:1409211266.4 Uznesenie Krajský súd v Bratislave v právnej veci žalobcu: J.. Q. B., B. XXX/X, V., zastúpený JUDr. Valériou Tomášikovou, Považanova 2, Bratislava, proti žalovanej: J.. J. B., B.Ä. XXX/X, V., zastúpená JUDr. Jozefom Vozárom CSc., advokátom, Kamenárska 17A, Bratislava, o určenie vlastníckeho práva k nehnuteľnosti, na odvolanie žalovanej proti rozsudku Okresného súdu Bratislava IV, č. k. 24C 380/2009 - 55 zo dňa 11. novembra 2010, pomerom hlasov 3:0, takto r o z h o d o l : Odvolacie konanie sa z a s t a v u j e. Žalobcovi sa nepriznáva náhrada trov odvolacieho konania. o d ô v o d n e n i e : Napadnutým rozsudkom súd prvého stupňa určil, že byt č. XX nachádzajúci sa v bytovom dome súpisné číslo XXXX na ulici W. S. Č.. XX, postavený na parc. č. XXXX/XX a podiel na spoločných častiach a spoločných zariadeniach domu XXXX/XXXXXX, ktorý je zapísaný na liste vlastníctva č. XXXX pre katastrálne územie Devínska Nová Ves, patrí do bezpodielového spoluvlastníctva manželov J.. Q. B., nar. XX.XX.XXXX a J.. J. B., rod. T., nar. XX.XX.XXXX. Súd prvého stupňa napadnutým rozsudkom zároveň uložil žalovanej povinnosť zaplatiť žalobcovi náhradu trov konania v sume 99,50 Eur, do troch dní od právoplatnosti rozsudku. Proti tomuto rozsudku podala odvolanie žalovaná. Navrhla, aby odvolací súd napadnutý rozsudok súdu prvého stupňa zmenil a žalobu zamietol. Žalovaná následne podaním zo dňa 15.11.2011 odvolaciemu súdu oznámila, že odvolanie voči rozsudku súdu prvého stupňa berie v celom rozsahu späť a neuplatňuje si nárok na trovy konania. Podľa § 207 ods. 2 O.s.p., dokiaľ o odvolaní nebolo rozhodnuté, možno ho vziať späť. Ak niekto vzal dovolanie späť, nemôže ho podať znova. Podľa § 207 ods. 3 O.s.p., ak sa odvolanie, o ktorom nebolo rozhodnuté, vzalo späť, odvolací súd odvolacie konanie zastaví. Nakoľko v predmetnej veci žalovaná vzala odvolanie späť skôr, ako o ňom odvolací súd rozhodol, odvolací súd v zmysle citovaného ust. § 207 ods. 3 O.s.p. odvolacie konanie zastavil. Odvolací súd rozhodol o trovách odvolacieho konania podľa § 146 ods. 2 prvá veta v spojení s § 224 ods. 1 O.s.p., pretože zastavenie odvolacieho konania zavinila späťvzatím odvolania žalovaná. Keďže si však žalobca náhradu trov odvolacieho konania neuplatnil, odvolací súd mu ich náhradu nepriznal. Poučenie: Toto uznesenie nemožno napadnúť odvolaním.</w:t>
      </w:r>
    </w:p>
    <w:p/>
    <w:p>
      <w:r>
        <w:t>Zdroj: KAUZIS.SK – https://www.kauzis.sk/judikatura/r/ECLI:SK:KSBA:2011:1409211266.4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