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15Co/290/2011 z 26. 10. 2011</w:t>
      </w:r>
    </w:p>
    <w:p>
      <w:r>
        <w:t>Uznesenie Krajského súdu Bratislava z 26. októbra 2011, sp. zn. 15Co/290/2011, ECLI:SK:KSBA:2011:1410209285.1</w:t>
      </w:r>
    </w:p>
    <w:p>
      <w:r>
        <w:t>Súd: Krajský súd Bratislava</w:t>
      </w:r>
    </w:p>
    <w:p>
      <w:r>
        <w:t>Spisová značka: 15Co/290/2011</w:t>
      </w:r>
    </w:p>
    <w:p>
      <w:r>
        <w:t>ECLI: ECLI:SK:KSBA:2011:1410209285.1</w:t>
      </w:r>
    </w:p>
    <w:p>
      <w:r>
        <w:t>Dátum vydania: 26. 10. 2011</w:t>
      </w:r>
    </w:p>
    <w:p>
      <w:r>
        <w:t>Forma: Uznesenie</w:t>
      </w:r>
    </w:p>
    <w:p>
      <w:pPr>
        <w:pStyle w:val="Heading2"/>
      </w:pPr>
      <w:r>
        <w:t>Text rozhodnutia</w:t>
      </w:r>
    </w:p>
    <w:p>
      <w:r>
        <w:t>Súd: Krajský súd Bratislava Spisová značka: 15Co/290/2011 Identifikačné číslo súdneho spisu: 1410209285 Dátum vydania rozhodnutia: 27. 10. 2011 Meno a priezvisko sudcu, VSÚ: JUDr. Edita Szabová ECLI: ECLI:SK:KSBA:2011:1410209285.1 Uznesenie Krajský súd v Bratislave v právnej veci navrhovateľa: Mestská časť Bratislava - Karlova Ves, so sídlom Bratislava, Nám. sv. Františka 8, IČO: 603 520, proti odporkyni: Z. C.Á., bytom Bratislava, P. XX, zastúpená JUDr. Martinom Gajerom, advokátom v Bratislave, Advokátska kancelária, Záhradnícka 7, o vypratanie služobného bytu, o späťvzatí návrhu navrhovateľa, takto r o z h o d o l : Krajský súd v Bratislave p r i p ú š ť a späťvzatie návrhu, rozsudok Okresného súdu Bratislava IV v Bratislave vydaný pod č. k. 11C 273/2010-62 zo dňa 14. 06. 2011 z r u š u j e a konanie z a s t a v u j e . Odporkyňa je p o v i n n á zaplatiť navrhovateľovi na náhradu trov prvostupňového konania 99,50 Eur, do troch dní od právoplatnosti tohto uznesenia. Navrhovateľovi sa náhrada trov odvolacieho konania n e p r i z n á v a . o d ô v o d n e n i e : Súd prvého stupňa rozsudkom vydaným pod č. k. 11C 273/2010-62 zo dňa 14. 06. 2011 zaviazal odporkyňu vypratať 2-izbový služobný byt, nachádzajúci sa v objekte materskej školy v Bratislave, na Adámiho ul. 11, do 6 mesiacov od právoplatnosti tohto rozsudku. Zároveň odporkyňu zaviazal zaplatiť navrhovateľovi trovy konania pozostávajúce zo zaplateného súdneho poplatku 99,50 Eur do troch dní od právoplatnosti rozsudku. Súd tak rozhodol na tom skutkovom základe, že odporkyňa užívala predmetný služobný byt bez právneho dôvodu, keď po zániku nájmu po podaní výpovede už nedošlo k obnoveniu nájomného vzťahu a podľa § 712a ods. 1 Občianskeho zákonníka (ďalej len OZ) nemá nárok na bytovú náhradu. Proti tomuto rozsudku sa odvolala odporkyňa, žiadala, aby odvolací súd napadnutý rozsudok súdu prvého stupňa zamietol, a zaviazal navrhovateľa na zaplatenie trov konania odporkyni. Podaním doručeným súdu prvého stupňa dňa 25. 08. 2011 zobrala odporkyňa svoje odvolanie v celom rozsahu späť a žiadala, aby odvolací súd odvolacie konanie zastavil. Navrhovateľ podaním doručeným súdu prvého stupňa dňa 06. 10. 2011 zobral návrh vo veci samej v celom rozsahu späť s odôvodením, že dňa 19. 09. 2011 došlo zo strany odporkyne k dobrovoľnému odovzdaniu uvedeného bytu navrhovateľovi, čo preukázal protokolom o odovzdaní služobného bytu. Z uvedeného dôvodu žiadal, aby súd konanie zastavil. Vzhľadom k tej skutočnosti, že dispozičné právo sa návrhom vo veci samej má navrhovateľ, odvolací súd rozhodol o späťvzatí návrhu s poukazom na ust. § 208 O.s.p., podľa ktorého ak je návrh na začatie konania vzatý späť, keď už rozhodol súd prvého stupňa, ale jeho rozhodnutie nie je dosiaľ právoplatné, odvolací súd rozhodne o pripustení späťvzatia. 15Co 290/2011 - 2 - Súd späťvzatie nepripustí, ak druhý účastník s tým nesúhlasí. Ak späťvztie pripustí, odvolací súd zruší rozhodnutie súdu prvého stupňa a konanie zastaví. Odporkyňa prejavila súhlas so späťvzatím návrhu podaním doručeným súdu dňa 21. 10. 2011. Vzhľadom k uvedeným skutočnostiam odvolací súd rozhodol tak, ako je uvedené vo výroku tohto uznesenia s poukazom na ust. § 208 O.s.p. O trovách konania súd rozhodol podľa ust. § 224 ods. 1 v spojení s ust. § 146 ods. 2 O.s.p. a priznal navrhovateľovi právo na náhradu trov prvostupňového konania, ktoré pozostávajú zo zaplateného súdneho poplatku vo výške 99,50 Eur, keďže žaloba bola podaná dôvodne a k zastaveniu konania došlo pre správanie odporkyne. O trovách odvolacieho konania rozhodol tak, že navrhovateľovi nepriznal právo na náhradu trov odvolacieho konania, lebo mu trovy odvolacieho konania nevznikli. Toto rozhodnutie prijal senát odvolacieho súdu pomerom hlasov 3:0. Poučenie: Proti tomuto uzneseniu odvolanie nie je prípustné.</w:t>
      </w:r>
    </w:p>
    <w:p/>
    <w:p>
      <w:r>
        <w:t>Zdroj: KAUZIS.SK – https://www.kauzis.sk/judikatura/r/ECLI:SK:KSBA:2011:1410209285.1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