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5Co/476/2011 z 30. 10. 2011</w:t>
      </w:r>
    </w:p>
    <w:p>
      <w:r>
        <w:t>Uznesenie Krajského súdu Bratislava z 30. októbra 2011, sp. zn. 5Co/476/2011, ECLI:SK:KSBA:2011:1411201294.1</w:t>
      </w:r>
    </w:p>
    <w:p>
      <w:r>
        <w:t>Súd: Krajský súd Bratislava</w:t>
      </w:r>
    </w:p>
    <w:p>
      <w:r>
        <w:t>Spisová značka: 5Co/476/2011</w:t>
      </w:r>
    </w:p>
    <w:p>
      <w:r>
        <w:t>ECLI: ECLI:SK:KSBA:2011:1411201294.1</w:t>
      </w:r>
    </w:p>
    <w:p>
      <w:r>
        <w:t>Dátum vydania: 30. 10. 2011</w:t>
      </w:r>
    </w:p>
    <w:p>
      <w:r>
        <w:t>Forma: Uznesenie</w:t>
      </w:r>
    </w:p>
    <w:p>
      <w:pPr>
        <w:pStyle w:val="Heading2"/>
      </w:pPr>
      <w:r>
        <w:t>Text rozhodnutia</w:t>
      </w:r>
    </w:p>
    <w:p>
      <w:r>
        <w:t>Súd: Krajský súd Bratislava Spisová značka: 5Co/476/2011 Identifikačné číslo súdneho spisu: 1411201294 Dátum vydania rozhodnutia: 31. 10. 2011 Meno a priezvisko sudcu, VSÚ: JUDr. Milan Chalúpka ECLI: ECLI:SK:KSBA:2011:1411201294.1 Uznesenie Krajský súd v Bratislave v právnej veci navrhovateľa: Dopravný podnik Bratislava, a.s. v Bratislave, Olejkárska č. 1, zast. JUDr. Vladimírom Kánom, advokátom v Bratislave, Nám. M. Benku 9 - C1 proti odporcovi: Ľ. Z., V. M. X, Z., o zaplatenie 50,50 Eur s príslušenstvom, o návrhu na späťvzatie návrhu takto r o z h o d o l : Odvolací súd pripúšťa späťvzatie návrhu navrhovateľa, rozsudok Okresného súdu Bratislava I v Bratislave č.k. 24C 174/2011-16 z 15. augusta 2011 z r u š u j e a konanie z a s t a v u j e . Navrhovateľovi prostredníctvom Daňového úradu Bratislava I vracia zaplatený súdny poplatok vo výške 9,87 eura. Žiaden z účastníkov nemá právo na náhradu trov konania. o d ô v o d n e n i e : Súd prvého stupňa rozhodol rozsudkom č.k. 24 C 174/2011-16 z 15.augusta 2011 o povinnosti odporcu uhradiť sumu 50,50 eura a nahradiť trovy konania vo výške 50.99 eura z dôvodu, že odporca cestoval v dopravnom prostriedku navrhovateľa bez platného cestovného lístka. Pred nadobudnutím právoplatnosti tohto rozsudku však navrhovateľ svojim podaním doručeným súdu dňa 14.10.2011 zobral v celom rozsahu návrh na vydanie platobného rozkazu späť, konanie žiadal zastaviť a požiadal o vrátenie zaplateného súdneho poplatku. Krajský súd v Bratislave ako súd odvolací (§ 10 ods.1 O.s.p.) prejednal vec bez nariadenia pojednávania podľa ust. § 214 ods. 2 O.s.p. . Krajský súd v Bratislave postupoval podľa ust. § 208 O.s.p. a keďže nezistil žiadne skutočnosti, ktoré by bránili pripusteniu späťvzatia návrhu na vydanie platobného rozkazu, rozhodol tak ako je uvedené vo výroku tohto rozhodnutia. Nakoľko odporca počas konania zomrel, odpadol zákonný predpoklad na zistenie súhlasu odporcu so späťvzatím návrhu. V zmysle zákonnej úpravy o vrátení súdneho poplatku obsiahnutej v § 11 zák. č. 71/1992 Zb. o súdnych poplatkoch odvolací súd rozhodol o vrátení súdneho poplatku, ktorý bol zaplatený za podaný návrh vo výške 16,5 eura krátený o 6,63 eura. O náhrade trov konania rozhodol odvolací súd podľa ust. § 224 ods. 1 O.s.p a ust. § 146 ods. 1 písm. c) O.s.p. podľa ktorého žiaden z účastníkov nemá právo na náhradu trov konania ak bolo zastavené. Poučenie: Toto uznesenie nemožno napadnúť odvolaním.</w:t>
      </w:r>
    </w:p>
    <w:p/>
    <w:p>
      <w:r>
        <w:t>Zdroj: KAUZIS.SK – https://www.kauzis.sk/judikatura/r/ECLI:SK:KSBA:2011:1411201294.1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