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16CoE/33/2011 z 24. 10. 2011</w:t>
      </w:r>
    </w:p>
    <w:p>
      <w:r>
        <w:t>Uznesenie Krajského súdu Bratislava z 24. októbra 2011, sp. zn. 16CoE/33/2011, ECLI:SK:KSBA:2011:1507227455.1</w:t>
      </w:r>
    </w:p>
    <w:p>
      <w:r>
        <w:t>Súd: Krajský súd Bratislava</w:t>
      </w:r>
    </w:p>
    <w:p>
      <w:r>
        <w:t>Spisová značka: 16CoE/33/2011</w:t>
      </w:r>
    </w:p>
    <w:p>
      <w:r>
        <w:t>ECLI: ECLI:SK:KSBA:2011:1507227455.1</w:t>
      </w:r>
    </w:p>
    <w:p>
      <w:r>
        <w:t>Dátum vydania: 24.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16CoE/33/2011 Identifikačné číslo súdneho spisu: 1507227455 Dátum vydania rozhodnutia: 25. 10. 2011 Meno a priezvisko sudcu, VSÚ: JUDr. Zita Ilčíková ECLI: ECLI:SK:KSBA:2011:1507227455.1 Uznesenie Krajský súd v Bratislave v právnej veci exekúcie oprávneného: Dopravný podnik Bratislava, a.s., Olejkárska 1, 814 52 Bratislava, IČO: 00 492 736, zast.: JUDr. Marián Chovanec, AK, P.O.BOX 259, 810 00 Bratislava, proti povinnému: C. M., nar. XX.XX.XXXX, bytom G. XXXX/XX, XXX XX T., vedenej u súdneho exekútora Mgr. Ján Janec so sídlom Ex. úradu Račianska 109/C, 831 02 Bratislava, o vymoženie 23,24.-Eur s príslušenstvom, o odvolaní oprávneného a súdneho exekútora proti uzneseniu Okresného súdu Bratislava V, č.k. 37Er 6565/2007-11 zo dňa 11.01.2010 takto r o z h o d o l : Krajský súd v Bratislave odvolanie súdneho exekútora o d m i e t a. Povinnej trovy odvolacieho konania nepriznáva. Uznesenie Okresného súdu Bratislava V, č.k. 37Er 6565/2007-11 zo dňa 11.01.2010 p o t v r d z u j e. o d ô v o d n e n i e : Napadnutým uznesením súd prvého stupňa exekúciu č.k. 37Er 6565/2007, č. Ex 8383/07 zastavil. Oprávneného zaviazal zaplatiť súdnemu exekútorovi 47,44.-Eur. Rozhodol tak s poukazom na ust. § 31 ods. 1,2, ô 57 ods. 2, §196, 200 ods. 1, § 203 ods. 1 Ex. poriadku, ako aj § 14 a § 15 Vyhl.č. 288/1995, z dôvodu, že oprávnený napriek výzve nezložil preddavok na trovy exekútora a návrh na zastavenie exekúcie podal súdny exekútor. Pokiaľ sa týka vyplatených trov exekúcie súdnym exekútorom, z požadovanej sumy 189,67.-Eur priznal sumu 47,44.-Eur. Proti tomuto rozhodnutiu podal odvolanie oprávnený, a aj súdny exekútor. Oprávnený v odvolaní namietal, že z dôvodu nezaplatenia preddavku na exekúciu nemusí vždy súd konanie zastaviť. Závisí to od uváženia súdu. Zastavením exekúcie by oprávnenému nebola poskytnutá dostatočná ochrana. Žiadal pokračovať v konaní. Navrhol podľa § 150 ods. 2 O.s.p. Pokiaľ sa týka trov konania použiť moderačné právo a trovy primerane znížiť. Súdny exekútor vo svojom odvolaní poukázal na to, že oprávnený podal množstvo návrhov, o ktorých musí exekútor konať, pričom tieto sú financované z prostriedkov súdneho exekútora pričom nemožno požadovať od súdneho exekútora, aby znášal trovy exekúcie. Žiadal priznať trovy exekúcie podľa vyčíslenia. Odvolací súd preskúmal rozhodnutie súdu prvého stupňa podľa § 212 ods. 1 O.s.p., bez nariadenia pojednávania podľa § 214 ods. 2 O.s.p., oboznámil sa s dokladmi na vec sa vzťahujúcimi, s procesným postupom súdu prvého stupňa, s dôvodmi uvedenými v odvolaní oprávneného, ako aj súdneho exekútora a jednohlasne dospel k záveru, že odvolaniam nie je možné vyhovieť. Pokiaľ sa týka dôvodov uvedených v odvolaní oprávneného, tieto dovolací súd považuje za právne irelevantné a postup súdu prvého stupňa za vecne správny. Odvolací súd sa v plnom rozsahu stotožňuje s vyhodnotením skutkového stavu súdom prvého stupňa, ako aj s jeho právnym posúdením veci, a preto podľa § 219 ods. 1,2 O.s.p., rozhodnutie súdu prvého stupňa ako vecne správne potvrdil. Pokiaľ sa týka dôvodov uvedených v odvolaní súdneho exekútora, súdny exekútor bol uznesením súdu prvého stupňa dňa 22.06.2010 vyzvaný na doplnenie dôvodov odvolania v zmysle ust. § 205 a § 209 O.s.p., s poučením o možnosti odmietnutia odvolania a to v lehote 10 dní. Súdnemu exekútorovi bolo uznesenie doručené dňa 01.07.2010 na výzvu súdu súdny exekútor nereagoval, a svoje odvolanie neopravil, ani nedoplnil. Odvolací súd preto podľa § 218 ods. 1 písm. d) O.s.p., jeho odvolanie odmietol. O trovách odvolacieho konania bolo rozhodnuté podľa § 224 ods. 1 O.s.p., v nadväznosti na ust. § 142 ods. 1 O.s.p., podľa úspechu účastníkov odvolacom konaní a povinnej trovy odvolacieho konania priznané neboli, lebo jej žiadne nevznikli. Poučenie: Proti tomuto uzneseniu odvolanie nie je prípustné</w:t>
      </w:r>
    </w:p>
    <w:p/>
    <w:p>
      <w:r>
        <w:t>Zdroj: KAUZIS.SK – https://www.kauzis.sk/judikatura/r/ECLI:SK:KSBA:2011:1507227455.1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