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2CoZm/18/2011 z 11. 10. 2011</w:t>
      </w:r>
    </w:p>
    <w:p>
      <w:r>
        <w:t>Uznesenie Krajského súdu Bratislava z 11. októbra 2011, sp. zn. 2CoZm/18/2011, ECLI:SK:KSBA:2011:1509210485.1</w:t>
      </w:r>
    </w:p>
    <w:p>
      <w:r>
        <w:t>Súd: Krajský súd Bratislava</w:t>
      </w:r>
    </w:p>
    <w:p>
      <w:r>
        <w:t>Spisová značka: 2CoZm/18/2011</w:t>
      </w:r>
    </w:p>
    <w:p>
      <w:r>
        <w:t>ECLI: ECLI:SK:KSBA:2011:1509210485.1</w:t>
      </w:r>
    </w:p>
    <w:p>
      <w:r>
        <w:t>Dátum vydania: 11.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2CoZm/18/2011 Identifikačné číslo súdneho spisu: 1509210485 Dátum vydania rozhodnutia: 12. 10. 2011 Meno a priezvisko sudcu, VSÚ: JUDr. Oľga Bahníková ECLI: ECLI:SK:KSBA:2011:1509210485.1 Uznesenie Krajský súd v Bratislave v právnej veci navrhovateľa: Fond fondov, s.r.o., Nevädzova 5, 821 03 Bratislava, IČO: 31 384 943, zastúpeného: JUDr. Petrom Hercegom, Iľjušinova 1042/12, Bratislava, proti odporcom v 1.rade: Penzión Orava, s.r.o., Štefanov nad Oravou 15, 027 55 Štafanov nad Oravou, IČO: 36 426 717, v 2.rade: N. E., G. XXX, XXX XX Y., zastúpenému: AK JUDr. Škerda, s.r.o., Radlinského 49, Dolný Kubín, o zaplatenie 154.351,72.-Eur s príslušenstvom zo zmenky a o námietkach odporcov v 1. a 2.rade proti zmenkovému platobnému rozkazu č.k. 1Zm 453/2009-52 zo dňa 04.01.2010, na odvolanie odporcu v 2.rade proti uzneseniu Okresného súdu Bratislava V č.k. 3CbZm 37/2010-76 zo dňa 07.04.2010 takto r o z h o d o l : Krajský súd v Bratislave uznesenie Okresného súdu Bratislava V. č.k. 3CbZm 37-2010-76 zo dňa 07.04.2010 z r u š u j e a vec mu v r a c i a na ďalšie konanie. o d ô v o d n e n i e : Okresný súd Bratislava V. napadnutým uznesením uložil odporcom v 1. a 2.rade povinnosť zaplatiť spoločne a nerozdielne súdny poplatok 9.291,50.-Eur za námietky proti zmenenému platobnému rozkazu č.k. 1Zm 453/2009-52 zo dňa 04.01.2010, a to do troch dní od jeho právoplatnosti pripojeným príkazom na úhradu. Súdny poplatok súd vyrúbil podľa položky 1 písm. a) Sadzobníka súdnych poplatkov, tvoriaci prílohu zák. č. 71/1992 Zb. vo výške 6% z ceny predmetu konania, ktorou je súčet žalovanej zmenkovej sumy a zmenkovej odmeny. Proti uzneseniu podal v zákonnej lehote odvolanie odporca v 2.rade. Uviedol, že jeho situácia mu neumožňuje platenie súdnych poplatkov a preto aj podaním zo dňa 28.04.2010 požiadal o oslobodenie od súdnych poplatkov. Na základe uvedeného odporca v 2.rade navrhol, aby prvostupňový súd uznesenie podľa § 210 a) O.s.p. zrušil, resp. ak ho nezruší, žiadal aby ho odvolací súd zrušil a vec vrátil súdu prvého stupňa na ďalšie konanie. Súd prvého stupňa pred predložením spisu odvolaciemu súdu rozhodol o žiadosti odporcu 2., o oslobodenie od súdnych poplatkov uznesením č.k. 3CbZm 37/2010-110 zo dňa 22.07.2010 tak, že odporcovi v 2.rade priznal oslobodenie od súdnych poplatkov v konaní vedenom pod sp.zn. 3CbZm 37/2010. Krajský súd v Bratislave ako súd odvolací prejednal vec podľa § 212 ods. 1 O.s.p. bez nariadenia pojednávania v zmysle § 214 ods. 2 O.s.p. a dospel k záveru, že odvolanie je dôvodné. Z obsahu spisu vyplýva, že odporca v 2.rade podal odvolanie proti uzneseniu, ktorým súd prvého stupňa uložil odporcovi v 1. a 2.rade povinnosť zaplatiť spoločne a nerozdielne súdny poplatok za námietky 9.291,50.-Eur a zároveň podal žiadosť o oslobodenie od súdnych poplatkov. O žiadosti rozhodol súd uznesením č.k. 3CbZm 37/2010-110 zo dňa 22.07.2010 tak, že odporcovi v 2.rade priznal oslobodenie od súdnych poplatkov v konaní 3CbZm 37/2010. Vzhľadom k tomu, že oslobodením odporcu v 2.rade od súdnych poplatkov zanikli dôvody, pre ktoré bolo napadnuté uznesenie vydané, odvolací súd ho podľa § 221 ods. 1 písm. i) a ods. 2 O.s.p. zrušil a vec mu vrátil na ďalšie konanie. Súd prvého stupňa novým rozhodnutím vyrúbi súdny poplatok za námietky proti zmenkovému platobnému rozkazu len odporcovi v 1.rade. Uvedené rozhodnutie bolo prijaté v senáte pomerom hlasov 3 za 0 proti Poučenie: Proti tomuto uzneseniu odvolanie nie je prípustné</w:t>
      </w:r>
    </w:p>
    <w:p/>
    <w:p>
      <w:r>
        <w:t>Zdroj: KAUZIS.SK – https://www.kauzis.sk/judikatura/r/ECLI:SK:KSBA:2011:1509210485.1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