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1CoZm/33/2011 z 26. 10. 2011</w:t>
      </w:r>
    </w:p>
    <w:p>
      <w:r>
        <w:t>Uznesenie Krajského súdu Bratislava z 26. októbra 2011, sp. zn. 1CoZm/33/2011, ECLI:SK:KSBA:2011:1510208633.1</w:t>
      </w:r>
    </w:p>
    <w:p>
      <w:r>
        <w:t>Súd: Krajský súd Bratislava</w:t>
      </w:r>
    </w:p>
    <w:p>
      <w:r>
        <w:t>Spisová značka: 1CoZm/33/2011</w:t>
      </w:r>
    </w:p>
    <w:p>
      <w:r>
        <w:t>ECLI: ECLI:SK:KSBA:2011:1510208633.1</w:t>
      </w:r>
    </w:p>
    <w:p>
      <w:r>
        <w:t>Dátum vydania: 26. 10. 2011</w:t>
      </w:r>
    </w:p>
    <w:p>
      <w:r>
        <w:t>Forma: Uznesenie</w:t>
      </w:r>
    </w:p>
    <w:p>
      <w:r>
        <w:t>Oblasť práva: Obchodné právo</w:t>
      </w:r>
    </w:p>
    <w:p>
      <w:pPr>
        <w:pStyle w:val="Heading2"/>
      </w:pPr>
      <w:r>
        <w:t>Text rozhodnutia</w:t>
      </w:r>
    </w:p>
    <w:p>
      <w:r>
        <w:t>Súd: Krajský súd Bratislava Spisová značka: 1CoZm/33/2011 Identifikačné číslo súdneho spisu: 1510208633 Dátum vydania rozhodnutia: 27. 10. 2011 Meno a priezvisko sudcu, VSÚ: JUDr. Danica Michalková ECLI: ECLI:SK:KSBA:2011:1510208633.1 Uznesenie Krajský súd v Bratislave v právnej veci žalobcu: Slovenská sporiteľňa, a. s., Tomášikova č. 48, Bratislava, IČO: 00151653, zast. JUDr. Petrom Hercegom, advokátom, Iľjušinova č. 42, Bratislava, proti žalovanému: Y.. X. C., nar. XX. XX. XXXX, bytom J. č. XXXX/XX, X., o zaplatenie 162.392,70 Eur s príslušenstvom a odmeny zo zmenky, o odvolaní žalovaného proti uzneseniu Okresného súdu Bratislava V č. k. 3CbZm/78/2010-105 zo dňa 04. 08. 2011 jednohlasne takto r o z h o d o l : Krajský súd v Bratislave uznesenie Okresného súdu Bratislava V č. k. 3CbZm/78/2010-105 zo dňa 04. 08. 2011 p o t v r d z u j e . o d ô v o d n e n i e : Napadnutým uznesením súd prvého stupňa uložil podľa položky 1 písm. a) Sadzobníka súdnych poplatkov žalovanému povinnosť zaplatiť súdny poplatok vo výške 9.776,- Eur za odvolanie podané proti rozsudku súdu prvého stupňa zo dňa 27. 04. 2011, v ktorom súd prvého stupňa zaviazal žalovaného na zaplatenie istiny vo výške 162.392,70 Eur s príslušenstvom ako aj zmenkovej odmeny vo výške 541,31 Eur. Proti uzneseniu súdu prvého stupňa podal žalovaný riadne a včas odvolanie, v ktorom uviedol, že v predmetnom uznesení súd prvého stupňa vyčíslil výšku súdneho poplatku v rozpore s ustanoveniami Sadzobníka súdnych poplatkov. Krajský súd v Bratislave ako súd odvolací (§ 10 ods. 1 O.s.p.) preskúmal vec v rozsahu podľa ustanovenia § 212 ods. 1 a § 214 ods. 2 O.s.p. bez nariadenia pojednávania a dospel k záveru, že uznesenie súdu prvého stupňa je vecne správne. Podľa § 7 ods. 2 zákona o súdnych poplatkoch ak je sadzba poplatku ustanovená za konanie, rozumie sa tým konanie na jednom stupni. Poplatok podľa rovnakej sadzby sa vyberá i v odvolacom konaní vo veci samej. Poplatok za dovolanie sa vyberá vo výške dvojnásobku poplatku ustanoveného v sadzobníku. Podľa § 7 ods. 10 zákona o súdnych poplatkoch v odvolacom konaní je základom poplatku cena nároku uplatňovaného v odvolaní. To platí i pre dovolanie. Podľa § 7 ods. 11 písm. a), b), c) zákona o súdnych poplatkoch základ poplatku sa zaokrúhľuje na celé eurá nadol. Poplatok sa vypočíta s presnosťou na eurocenty tak, že ak suma prevyšujúca celé číslo je menšia ako 50, poplatok sa zaokrúhli na celé euro nadol, ak sa rovná 50, poplatok sa nezaokrúhli, väčšia ako 50, poplatok sa zaokrúhli na pol eura nadol. Podľa položky 1 písm. a) sadzobníka zákona o súdnych poplatkoch z návrhu na začatie konania, ak nie je ustanovená osobitná sadzba z ceny (z úhrady) predmetu konania alebo z hodnoty predmetu sporu 6 %, najmenej 16,50 Eur, najviac 16.596,50 Eur v obchodných veciach najviac 33.193,50 Eur. Súd prvého stupňa správne rozhodol, keď žalovaného ako odvolateľa zaviazal na zaplatenie 9.776,- Eur titulom súdneho poplatku za podané odvolanie, nakoľko poplatníkom súdneho poplatku za podané odvolanie je odvolateľ a výška súdneho poplatku za podané odvolanie je určená percentuálnou sadzbou 6 % zo základu súdneho poplatku tvoreného sumou 162.392,70 Eur - žalovaná istina spolu so zmenkovou odmenou vo výške 541,31 Eur, teda spolu vo výške 162.934,- Eur, a výška súdneho poplatku bola súdom prvého stupňa správne určená v sume 9.776,- Eur. Z uvedených dôvodov odvolací súd uznesenie súdu prvého stupňa v zmysle § 219 ods. 1, 2 O.s.p. ako vecne správne potvrdil. Poučenie: Proti tomuto uzneseniu odvolanie n i e j e prípustné.</w:t>
      </w:r>
    </w:p>
    <w:p/>
    <w:p>
      <w:r>
        <w:t>Zdroj: KAUZIS.SK – https://www.kauzis.sk/judikatura/r/ECLI:SK:KSBA:2011:1510208633.1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