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15Co/270/2011 z 29. 9. 2011</w:t>
      </w:r>
    </w:p>
    <w:p>
      <w:r>
        <w:t>Uznesenie Krajského súdu Bratislava z 29. septembra 2011, sp. zn. 15Co/270/2011, ECLI:SK:KSBA:2011:1511205076.1</w:t>
      </w:r>
    </w:p>
    <w:p>
      <w:r>
        <w:t>Súd: Krajský súd Bratislava</w:t>
      </w:r>
    </w:p>
    <w:p>
      <w:r>
        <w:t>Spisová značka: 15Co/270/2011</w:t>
      </w:r>
    </w:p>
    <w:p>
      <w:r>
        <w:t>ECLI: ECLI:SK:KSBA:2011:1511205076.1</w:t>
      </w:r>
    </w:p>
    <w:p>
      <w:r>
        <w:t>Dátum vydania: 29. 9. 2011</w:t>
      </w:r>
    </w:p>
    <w:p>
      <w:r>
        <w:t>Forma: Uznesenie</w:t>
      </w:r>
    </w:p>
    <w:p>
      <w:pPr>
        <w:pStyle w:val="Heading2"/>
      </w:pPr>
      <w:r>
        <w:t>Text rozhodnutia</w:t>
      </w:r>
    </w:p>
    <w:p>
      <w:r>
        <w:t>Súd: Krajský súd Bratislava Spisová značka: 15Co/270/2011 Identifikačné číslo súdneho spisu: 1511205076 Dátum vydania rozhodnutia: 30. 09. 2011 Meno a priezvisko sudcu, VSÚ: JUDr. Edita Szabová ECLI: ECLI:SK:KSBA:2011:1511205076.1 Uznesenie Krajský súd v Bratislave v právnej veci navrhovateľa: I. I., X. J.R. XX, J., P. W., zastúpený JUDr. Ondrejom Škodlerom, advokátom, Pri suchom mlyne 56, 811 04 Bratislava, proti odporcovi: Slovenská republika - Ministerstvo vnútra Slovenskej republiky, so sídlom Pribinova 2, 812 72 Bratislava, o náhradu škody 120,88 eur s príslušenstvom, o odvolaní navrhovateľa proti rozsudku Okresného súdu Bratislava V v Bratislave č. k.: 13 C 19/2011-31, zo dňa 13.06.2011, v časti výroku o náhrade trov konania, takto r o z h o d o l : Krajský súd v Bratislave rozsudok Okresného súdu Bratislava V v Bratislave č. k.: 13 C 19/20011-31, zo dňa 13.06. 2011, m e n í tak, že odporca je povinný zaplatiť navrhovateľovi trovy právneho zastúpenia vo výške 85,52 eur k rukám právneho zástupcu JUDr. Ondreja Škodlera, do 3 dní od nadobudnutia právoplatnosti tohto rozhodnutia. Odporca je povinný zaplatiť navrhovateľovi trovy odvolacieho konania, pozostávajúce z trov právneho zastúpenia vo výške 18,79 eur, k rukám právneho zástupcu JUDr. Ondreja Škodlera do 3 dní od nadobudnutia právoplatnosti tohto rozhodnutia. o d ô v o d n e n i e : Okresný súd Bratislava V v Bratislave napadnutým rozsudkom č.k.: 13 C 19/2011-31, zo dňa 13.06.2011 rozhodol, že odporca je povinný zaplatiť navrhovateľovi sumu 120,88 eur s príslušenstvom a trovy právneho zastúpenia vo výške 28,14 eur. Navrhovateľom uplatnená škoda pozostávala z vynaložených trov právneho zastúpenia, ktoré mu vznikli pri uplatňovaní jeho práv v rámci správneho konania. Podaným návrhom sa navrhovateľ domáhal od odporcu náhrady škody spôsobenej nezákonným rozhodnutím orgánu verejnej moci podľa zákona 514/2003 Z. z. o zodpovednosti za škodu spôsobenú pri výkone verejnej moci. Odporca v plnom rozsahu uznal nárok navrhovateľa vo výške 120,88 eur a navrhol súdu rozhodnúť vo veci rozsudkom pre uznanie. O trovách konania rozhodol súd prvého stupňa podľa § 142 ods. 1 O.s.p., s použitím § 150 ods. 2 O.s.p. Keďže hodnota sporu nepresahovala 500 eur, išlo o drobný spor v zmysle § 200ea O.s.p. a súd prvého stupňa nepriznal uplatnenú náhradu trov konania vo výške 85,52 eur, ale v krátenej výške 28,14 eur. Proti tomuto rozsudku podal navrhovateľ odvolanie, v zákonom stanovenej lehote, a to v časti výroku o náhrade trov konania. Svoje odvolanie odôvodnil najmä tým, že v konaní mal plný úspech. Trovy právneho zastúpenia sú vyčíslené v súlade s platnou vyhláškou a ak je takto vypočítaná výška trov konania charakterizovaná ako neprimeraná, ide o legislatívny problém úpravy vyčíslenia trov právneho zastúpenia. Nepriznanie uplatnených trov konania považuje odvolateľ za vážne porušenie právnej istoty a zásad spravodlivosti. Odvolací súd preskúmal vec podľa § 212 ods. 1 O.s.p. bez nariadenia odvolacieho pojednávania (§ 214 ods. 2 O.s.p.) a dospel k záveru, že odvolanie navrhovateľa je dôvodné. Podľa § 220 O.s.p. odvolací súd rozhodnutie súdu prvého stupňa zmení, ak nie sú splnené podmienky na jeho potvrdenie, ani na jeho zrušenie. Odvolací súd preskúmal celý spisový materiál, napadnuté rozhodnutie Okresného súdu Bratislava V v Bratislave, č. k.: 13 C 19/2011-31, navrhovateľom podané odvolania voči tomuto rozhodnutiu a dospel k záveru, že napadnutý rozsudok je potrebné v časti rozhodnutia o trovách konania zmeniť. Je nepochybné, že v tomto prípade išlo o drobný spor vzhľadom na zákonnú definíciu takéhoto sporu. Avšak pri drobných sporoch, keď sa trovy konania môžu javiť neprimerané voči samotnej pohľadávke má súd právo a nie povinnosť, trovy konania znižovať a tým spôsobom určiť ich primeranosť k pohľadávke. Z toho vyplýva, že musí skúmať či je spravodlivé a primerané krátiť, resp. nepriznať uplatnené trovy konania. Toto skúmanie má spočívať v posúdení charakteru sporu, jeho náročnosti a prípadne aj zavinenie sporu a správanie sa účastníkov konania. V tomto prípade odvolací súd konštatuje, že krátenie trov konania nebolo primerané, nakoľko navrhovateľ nijakým spôsobom nezavinil vznik predmetu sporu, nešlo o jednoduchú vec z pohľadu právnej náročnosti. Konanie v správnom konaní inicioval voči navrhovateľovi odporca a rozhodnutie o administratívnom vyhostení, ktoré bolo premetom správneho konania bolo v odvolacom správnom konaní zrušené. Trovy právneho zastúpenia v tomto správnom konaní predstavovali predmet tohto súdneho sporu. Uplatnenie práv navrhovateľa voči odporcovi nemôže viesť k navrhovateľovej ujme tým spôsobom, že mu nebudú priznané trovy konania, ktoré si uplatnil v súlade s platnou vyhláškou o odmenách, náhradách advokátov za poskytovanie právnych služieb. Na základe uvedených skutočností má odvolací súd za to, že napadnuté rozhodnutie bolo treba zmeniť tak, ako je uvedené vo výroku tohto uznesenia a priznať navrhovateľovi náhradu trov prvostupňového ako aj odvolacieho konania v plnom uplatnenom rozsahu a to za tieto úkony: prevzatie veci a príprava pojednávania 16,50,- Eur, podanie návrhu na začatie konania (14.2.2011) 16,50,- Eur, účasť na pojednávaní 13.6.2011 16,50,- Eur, teda spolu 49,50,- Eur, 1x režijný paušál 6,95,- Eur, 2x režijný paušál po 7,41,- Eur, DPH 14,25,- Eur, teda celkom 85,52,- Eur. O trovách konania rozhodol odvolací súd podľa § 224 ods. 1 O.s.p. s použitím § 142 ods.1 O.s.p.. s tým , že trovy odvolacieho konania predstavuje jeden úkon právnej služby spolu s DPH vo výške 18,79 eura, (1/2 základnej sadzby 16,50,- Eur, t. j. 8,25,- Eur, režijný paušál 7,41,- Eur, DPH 20 % = 3,13,- Eur). Toto uznesenie bolo prijaté pomerom hlasov 3:0. Poučenie: Proti tomuto uzneseniu nie je prípustné odvolanie.</w:t>
      </w:r>
    </w:p>
    <w:p/>
    <w:p>
      <w:r>
        <w:t>Zdroj: KAUZIS.SK – https://www.kauzis.sk/judikatura/r/ECLI:SK:KSBA:2011:1511205076.1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