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3Co/423/2011 z 30. 10. 2011</w:t>
      </w:r>
    </w:p>
    <w:p>
      <w:r>
        <w:t>Uznesenie Krajského súdu Bratislava z 30. októbra 2011, sp. zn. 3Co/423/2011, ECLI:SK:KSBA:2011:1511209508.1</w:t>
      </w:r>
    </w:p>
    <w:p>
      <w:r>
        <w:t>Súd: Krajský súd Bratislava</w:t>
      </w:r>
    </w:p>
    <w:p>
      <w:r>
        <w:t>Spisová značka: 3Co/423/2011</w:t>
      </w:r>
    </w:p>
    <w:p>
      <w:r>
        <w:t>ECLI: ECLI:SK:KSBA:2011:1511209508.1</w:t>
      </w:r>
    </w:p>
    <w:p>
      <w:r>
        <w:t>Dátum vydania: 30. 10. 2011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3Co/423/2011 Identifikačné číslo súdneho spisu: 1511209508 Dátum vydania rozhodnutia: 31. 10. 2011 Meno a priezvisko sudcu, VSÚ: JUDr. Mária Šramková ECLI: ECLI:SK:KSBA:2011:1511209508.1 Uznesenie Krajský súd v Bratislave v právnej veci navrhovateľa: Q. W., nar. XX.X.XXXX, bytom B. XX, A., proti odporcovi: Slovenský vodohospodársky podnik, š.p., so sídlom Radničné nám. 8, Banská Štiavnica, o zaplatenie 3.117,03 Eur, o odvolaní navrhovateľa proti rozsudku Okresného súdu Bratislava V v Bratislave č.k. 5C 63/11-31 zo dňa 6.9.2011, takto r o z h o d o l : Krajský súd v Bratislave odvolacie konanie z a s t a v u j e. Odporcovi sa náhrada trov odvolacieho konania nepriznáva. o d ô v o d n e n i e : Rozsudkom zo dňa 6.9.2011 súd prvého stupňa návrh navrhovateľa zamietol a odporcovi náhradu trov konania nepriznal. Rozsudok napadol odvolaním zo dňa 27.9.2011 v zákonnej lehote navrhovateľ. Navrhovateľ vo svojom podaní zo dňa 6.10.2011 uviedol, že v plnom rozsahu sťahuje odvolanie podané dňa 27.9.2011. Odvolací súd v zmysle ustanovenia § 41 ods. 2 O.s.p. podanie navrhovateľa zo dňa 6.10.2011 podľa jeho obsahu považoval za späťvzatie odvolania v celom rozsahu. Podľa § 207 O.s.p. vzdať sa odvolania možno len voči súdu, a to až po vyhlásení rozhodnutia. Dokiaľ o odvolaní nebolo rozhodnuté, možno ho vziať späť. Ak niekto vzal odvolanie späť, nemôže ho podať znova. Ak sa odvolanie, o ktorom nebolo rozhodnuté vzalo späť, odvolací súd odvolacie konanie zastaví. Podľa § 222 ods. 1 O.s.p. ak odvolateľ vezme odvolanie späť, právoplatnosť napadnutého rozhodnutia nastane, ako keby k podaniu odvolania nedošlo. V súlade s citovanými ustanoveniami súd odvolacie konanie vo veci zastavil. Zastavenie odvolacieho konania procesne zavinil navrhovateľ a odporca má voči nemu nárok na náhradu trov konania podľa § 146 ods. 2 veta prvá O.s.p., podľa ktorého je povinný zaplatiť trovy konania účastník, ktorý zavinil zastavenie konania. Keďže v súvislosti s podaním odvolania odporcovi žiadne trovy nevznikli a takýto nárok si ani neuplatnili, súd im nepriznal nárok na náhradu trov odvolacieho konania. Toto rozhodnutie prijal senát Krajského súdu v Bratislave pomerom hlasov 3 : 0 . Poučenie: Proti tomuto uzneseniu odvolanie nie je prípustné.</w:t>
      </w:r>
    </w:p>
    <w:p/>
    <w:p>
      <w:r>
        <w:t>Zdroj: KAUZIS.SK – https://www.kauzis.sk/judikatura/r/ECLI:SK:KSBA:2011:1511209508.1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