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18CoE/550/2011 z 29. 12. 2011</w:t>
      </w:r>
    </w:p>
    <w:p>
      <w:r>
        <w:t>Uznesenie Krajského súdu Bratislava z 29. decembra 2011, sp. zn. 18CoE/550/2011, ECLI:SK:KSBA:2011:1611207016.1</w:t>
      </w:r>
    </w:p>
    <w:p>
      <w:r>
        <w:t>Súd: Krajský súd Bratislava</w:t>
      </w:r>
    </w:p>
    <w:p>
      <w:r>
        <w:t>Spisová značka: 18CoE/550/2011</w:t>
      </w:r>
    </w:p>
    <w:p>
      <w:r>
        <w:t>ECLI: ECLI:SK:KSBA:2011:1611207016.1</w:t>
      </w:r>
    </w:p>
    <w:p>
      <w:r>
        <w:t>Dátum vydania: 29. 12.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18CoE/550/2011 Identifikačné číslo súdneho spisu: 1611207016 Dátum vydania rozhodnutia: 30. 12. 2011 Meno a priezvisko sudcu, VSÚ: JUDr. Boris Tóth ECLI: ECLI:SK:KSBA:2011:1611207016.1 Uznesenie Krajský súd v Bratislave, vo veci výkonu rozhodnutia oprávneného: M. O., nar. XX.XX.XXXX, bytom I. L. č. XXX/XX, Q., občan SR, proti povinnému: M. O., nar. XX.XX.XXXX, bytom V. č. XXX, občan SR, pre vymoženie uloženej povinnosti - súdom upraveného styku otca s maloletými deťmi: M. O., nar. XX.XX.XXXX a M. O., nar. XX.XX.XXXX, obe deti bytom u povinného V. č. XXX, zastúpené kolíznym opatrovníkom: Úrad práce, sociálnych vecí a rodiny v Malackách, UI. Záhorácka č. 2942/60/A, 901 01 Malacky, o odvolaní povinného proti uzneseniu Okresného súdu Malacky, č.k. 21Em/8/2011-14, zo dňa 17.10.2011, takto r o z h o d o l : Krajský súd uznesenie Okresného súdu Malacky, č.k. 21Em/8/2011-14, zo dňa 17.10.2011 p o t v r d z u j e . o d ô v o d n e n i e : Napadnutým uznesením prvostupňový súd uložil povinnému - matke maloletých detí pokutu vo výške 25,- Eur za nerešpektovanie súdneho rozhodnutia - rozsudku Okresného súdu Malacky, č.k. MA 8P/54/2003-14 zo dňa 10.03.2005 (ďalej len: „exekučný titul“), ktorým bola schválená rodičovská dohoda ohľadne úpravy styku oprávneného s maloletými tak, že tento je oprávnený stýkať sa s maloletými deťmi každý párny víkend v roku v čase od piatka od 17.00 hod. do nedele do 19.00 hod. a počas letných prázdnin každý rok v čase od 01. augusta od 16.00 hod. do 15. augusta do 20.00 hod. v roku. Rodičia sa súčasne zaviazali k tomu, že matka, ako povinná, pripraví a odovzdá otcovi, ako oprávnenému, v určený čas v mieste bydliska detí a otec, ako oprávnený, deti odovzdá v určený čas matke, ako povinnej, takisto v mieste bydliska detí. Rozhodnutie o uložení pokuty súd prvého stupňa odôvodnil tým, že oprávnený (otec) podaním doručeným dňa 10.10.2011 oznámil, že povinná (matka) neplní povinnosti vyplývajúce z exekučného titulu, čím nerešpektovala výzvu súdu zo, dňa 18.08.2011 a naďalej neumožňuje stretávanie sa otca s maloletými deťmi. Proti tomuto uzneseniu v zákonnej lehote podala odvolanie povinná a žiadala ho zrušiť. Uviedla, že oprávnený šesť rokov deti vôbec nekontaktoval a ani nenavštevoval a to z vlastného rozhodnutia vzhľadom na čo nedokáže deťom vysvetliť tento niekoľkoročný nezáujem otca a to tak, aby obe deti mali k nemu vzťah, ktorý dnes ich otec očakáva. Obe deti M. (XX r.) a M. (XX r.) už sú dostatočne vyspelé na to, aby vedeli prejaviť svoj názor a myslí si, že majú na tento svoj názor aj nárok. Dňa 24.10.2011 podala návrh na Okresný súd Malacky na úpravu styku otca s maloletými deťmi, čo dokladovala priloženou kópiou. Oprávnený na vyjadrenie sa k odvolaniu povinnej nebol vyzvaný. Krajský súd v Bratislave, ako súd odvolací (§ 10 ods. 1 zákona NZ ČSR č. 99/1963 Zb., Občiansky súdny poriadok /ďalej len „OSP“/), preskúmal napadnuté uznesenie súdu prvého stupňa podľa ustanovenia § 212 ods. 1 OSP, bez nariadenia pojednávania podľa ustanovenia § 214 ods. 2 OSP a dospel k záveru, že odvolanie povinnej nie je dôvodné. Z obsahu spisu vyplýva, že návrhom zo dňa 29.07.2011 sa oprávnený voči povinnej domáhal uskutočnenia výkonu rozhodnutia - vykonateľného rozsudku Okresného súdu Malacky č.k. MA 8P/54/2003-14 zo dňa 10.03.2005. Prvostupňový súd predvolal povinnú na informatívny výsluch na deň 17.08.2011, kde túto poučil o ďalšom procesnom postupe. Následne dňa 18.08.2011 písomne vyzval povinnú výzvou doručenou jej dňa 12.09.2011 na plnenie si uloženej povinnosti v súlade s ustanovením § 273 ods. 1 a § 272 ods. 2 OSP a poučil ju o tom, že v prípade nesplnenia tejto povinnosti pristúpi k ukladaniu pokút, prípadne k nútenému odňatiu dieťaťa. Oprávnený podaním doručeným súdu dňa 10.10.2011 oznámil, že povinná si naďalej neplní povinnosti vyplývajúce z exekučného titulu. Podľa § 273 ods. 1 OSP ak výzva sudcu podľa § 272 ods. 2 OSP zostane bezvýsledná, ukladá sudca tomu, kto neplní dobrovoľne súdne rozhodnutie alebo súdom schválenú dohodu o výchove maloletých detí, prípadne o úprave styku s nimi, postupne pokuty. Jednotlivé pokuty nesmú prevyšovať 60,- Eur a pripadajú štátu. V konaní niet sporu o tom, že exekučný titul, ktorý je predmetom súdneho výkonu rozhodnutia nie je naplnený, čo v konečnom dôsledku potvrdzuje i povinná vo svojom odvolaní, kde nerealizovanie dohodnutej úpravy styku rodiča s deťmi odôvodňuje tým, že maloletá M. (ide o upravený styk rodiča k dvom deťom) už pred dvoma rokmi: „prestala mať záujem sa s otcom stretávať“. Exekučný súd je súdom vykonávajúcim nútené vykonanie exekučného titulu, čo znamená zabezpečiť vynútenie styku rodiča s maloletými deťmi. Donucovací režim pri tejto forme výkonu rozhodnutia predpokladá, ak to exekučný súd považuje za účelné, ukladanie pokút, ako úkony súdu predchádzajúce vlastnému realizovaniu odňatia dieťaťa jednému z rodičov a odovzdanie ho druhému rodičovi. Po novele OSP vykonanej zákonom NR SR č. 388/2011 Z.z. sa táto pokuta zvýšila na sumu 200,- Eur a zakotvila sa možnosť vyzvať príslušný štátny orgán, aby zastavil výplatu rodičovského príspevku povinnému podľa osobitného predpisu, resp. aby zastavil výplatu prídavku na dieťa a príplatku k prídavku na dieťa povinnému podľa osobitného predpisu. Ide o snahu zákonodarcu rozšíriť manévrovací priestor súdu pred vlastným núteným výkonom ktorý, ako každý vynútený prostriedok nesie v sebe i negatíva, ktorých adresátmi budú v určitej miere i maloleté deti. Odvolací súd sa stotožnil s právnym názorom súdu prvého stupňa, že povinná naďalej bráni oprávnenému naplniť vykonateľné rozhodnutie súdu, čím mu znemožňuje vykonávať jeho základné rodičovské právo a odvolaním napadnuté uznesenie podľa § 219 OSP, ako vecne správne, potvrdil. Poučenie: Proti tomuto uzneseniu odvolanie nie je prípustné.</w:t>
      </w:r>
    </w:p>
    <w:p/>
    <w:p>
      <w:r>
        <w:t>Zdroj: KAUZIS.SK – https://www.kauzis.sk/judikatura/r/ECLI:SK:KSBA:2011:1611207016.1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