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18CoE/656/2010 z 25. 10. 2011</w:t>
      </w:r>
    </w:p>
    <w:p>
      <w:r>
        <w:t>Uznesenie Krajského súdu Bratislava z 25. októbra 2011, sp. zn. 18CoE/656/2010, ECLI:SK:KSBA:2011:1709200495.1</w:t>
      </w:r>
    </w:p>
    <w:p>
      <w:r>
        <w:t>Súd: Krajský súd Bratislava</w:t>
      </w:r>
    </w:p>
    <w:p>
      <w:r>
        <w:t>Spisová značka: 18CoE/656/2010</w:t>
      </w:r>
    </w:p>
    <w:p>
      <w:r>
        <w:t>ECLI: ECLI:SK:KSBA:2011:1709200495.1</w:t>
      </w:r>
    </w:p>
    <w:p>
      <w:r>
        <w:t>Dátum vydania: 25.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18CoE/656/2010 Identifikačné číslo súdneho spisu: 1709200495 Dátum vydania rozhodnutia: 26. 10. 2011 Meno a priezvisko sudcu, VSÚ: JUDr. Beata Trandžíková ECLI: ECLI:SK:KSBA:2011:1709200495.1 Uznesenie Krajský súd v Bratislave v exekučnej veci oprávneného: DKV ČESMAD s.r.o., Žerotínova 38/1143, Praha, Česká republika, IČO: 15 270 076, zastúpeného: Peter Nagy, SNP 997/11, Galanta, proti povinnému: J. P. R-E., E. XX, T.: XX XXX XXX, vedenej súdnym exekútorom Mgr. Annou Michnicovou, so sídlom úradu Sartorisova 21, Bratislava, pre vymoženie uloženej povinnosti zaplatiť istinu 2.294,56 Eur s príslušenstvom, o odvolaní oprávneného proti uzneseniu Okresného súdu Pezinok, č.k. 16Er/122/2009-32 zo dňa 27.09.2010, takto r o z h o d o l : Krajský súd v Bratislave uznesenie Okresného súdu Pezinok, č.k. 16Er/122/2009-32 zo dňa 27.09.2010, v časti výroku o trovách exekúcie m e n í tak, že oprávnený je povinný uhradiť súdnemu exekútorovi trovy exekúcie vo výške 121,74 Eur do troch dní od právoplatnosti tohto uznesenia. o d ô v o d n e n i e : Okresný súd Pezinok uznesením, č.k. 16Er/122/2009-32 zo dňa 27.09.2010, na návrh oprávneného zastavil exekúciu v súlade s ust. § 57 ods. 1 písm. c) zákona NR SR č. 233/1995 Z.z. o súdnych exekútoroch a exekučnej činnosti (Exekučný poriadok) v znení neskorších noviel (ďalej len „EP“) z dôvodu nedostatku majetku povinného, oprávnenému uložil podľa ust. § 203 ods. 1 a 2 EP uhradiť súdnemu exekútorovi trovy exekúcie vo výške XXX,XX eur za 26 úkonov exekučnej činnosti (získanie poverenia, doručenie upovedomenia o začatí exekúcie, doručenie príkazov na začatie exekúcie 8x, doručenie exekučných príkazov 10x, doručenie upovedomenia o spôsobe vykonania exekúcie 2x, zisťovanie majetku povinného 3x, zisťovanie platiteľa mzdy povinného), DPH z odmeny a náhradu hotových výdavkov vo výške XX,XX eur (poštovné). Prvostupňový súd zároveň žiadnemu z účastníkov nepriznal trovy konania podľa ust. § 146 ods. 1 písm. c) O.s.p. Proti predmetnému uzneseniu v časti výroku o trovách exekúcie podal oprávnený v zákonnej lehote odvolanie a navrhol, aby súd výrok o trovách exekúcie zmenil tak, že exekútorovi zníži výšku priznaných trov exekúcie. Oprávnený sa domnieva, že za úkony uvedené v ust. § 15 ods. 1 písm. a) až f) vyhlášky MS SR č. 288/1995 Z.z. o odmenách a náhradách súdnych exekútorov (ďalej len „Vyhláška“) patrí exekútorovi odmena len za jeden takýto úkon, na rozdiel od úkonov uvedených v ust. § 15 ods. 1 písm. g) až j) Vyhlášky, kedy je potrebné exekútorovi priznať odmenu za každý takýto úkon. Súdny exekútor tiež nemá nárok na DPH ani z odmeny, pretože podľa ust. § 15 ods. 1 zákona NR SR č. 222/2004 Z.z. o dani z pridanej hodnoty je miestom dodania služby sídlo oprávneného, teda Česká republika a oprávnený, ako osoba ktorej je služba dodaná, je povinný priznať a platiť DPH v Českej republike. Krajský súd v Bratislave, ako odvolací súd podľa ust. § 10 ods. 1 O.s.p., preskúmal napadnuté uznesenie podľa ust. § 212 ods. 1 O.s.p., bez nariadenia pojednávania podľa ust. § 214 ods. 2 a dospel k záveru, že odvolanie je čiastočne dôvodné. Z obsahu spisu vyplýva, že exekučné konanie sa začalo dňa 29.01.2009 a dňa 04.03.2009 poveril súd vykonaním exekúcie súdneho exekútora Mgr. Annu Michnicovú. Dňa 10.03.2010 doručil súdny exekútor súdu návrh oprávneného na zastavenie exekúcie a uplatnil si trovy exekúcie vo výške XXX,XX eur. Prvostupňový súd priznal exekútorovi trovy vo výške XXX,XX eur. Podľa ust. § 14 ods. 1 Vyhlášky, ak je súdny exekútor vylúčený z vykonávania exekúcie alebo ak exekúciu súd zastaví, odmena súdneho exekútora za výkon exekučnej činnosti sa určuje paušálnou sumou za jednotlivé úkony exekučnej činnosti najmenej XX,XX eura. Podľa ust. § 14 ods. 2 Vyhlášky, paušálna suma za každý jednotlivý úkon exekučnej činnosti je 3,32 eura. Podľa ust. § 15 ods. 1 Vyhlášky, paušálnou sumou sa odmeňujú tieto úkony exekučnej činnosti: a) získanie poverenia na vykonanie exekúcie, b) doručenie príkazu na začatie exekúcie, c) doručenie upovedomenia o začatí exekúcie, d) doručenie exekučného príkazu, e) doručenie upovedomenia o spôsobe exekúcie, f) doručenie rozhodnutia súdu vydaného v exekučnom konaní, g) každé zisťovanie bydliska povinného, h) každé zisťovanie platiteľa mzdy povinného, i) každé zisťovanie účtu povinného, j) každé ďalšie zisťovanie majetku povinného. Podľa ust. § 196 EP, za výkon exekučnej činnosti podľa tohto zákona patrí exekútorovi odmena, náhrada hotových výdavkov a náhrada za stratu času. Ak je exekútor platiteľom dane z pridanej hodnoty podľa osobitného zákona, 17bb) zvyšuje sa jeho odmena o daň z pridanej hodnoty. Za správneho použitia gramatického výkladu ustanovenia § 15 ods. 1 Vyhlášky patrí exekútorovi odmena len za jedno vykonané doručenie príkazu na začatie exekúcie, exekučného príkazu a upovedomenia o spôsobe vykonania exekúcie. V opačnom prípade by odmena za takéto úkony exekučnej činnosti bola upravená rovnako ako v psím. g) až j) § 15 ods. 1 Vyhlášky, kde je odmena exekútora výslovne viazaná na každý takýto úkon exekučnej činnosti. Súdnemu exekútorovi preto bola priznaná paušálna odmena vo výške 9 x 3,32 eur za úkony: získanie poverenia na vykonanie exekúcie, doručenie upovedomenia o začatí exekúcie, doručenie upovedomenia o spôsobe vykonania exekúcie, doručenie príkazu na začatie exekúcie, doručenie exekučného príkazu, každé zisťovanie platiteľa mzdy povinného, každé zisťovanie majetku povinného 3x. Z ust. § 196 EP vyplýva, že súdny exekútor má nárok na DPH z odmeny, pokiaľ je jej platiteľom. Súdny exekútor dňa 10.03.2010 doručil súdu osvedčenie o registrácii pre daň z pridanej hodnoty. Z uvedeného vyplýva, že exekútor má nárok na jej priznanie. Hotové výdavky neboli oprávneným namietané, preto patria exekútorovi tak, ako ich priznal súd prvého stupňa (vo výške 86,18 eur). Z uvedených dôvodov odvolací súd uznesenie súdu prvého stupňa podľa ustanovenia § 220 O.s.p. v napadnutej časti zmenil tak, ako je uvedené vo výroku tohto uznesenia. Poučenie: Proti tomuto uzneseniu odvolanie nie je prípustné.</w:t>
      </w:r>
    </w:p>
    <w:p/>
    <w:p>
      <w:r>
        <w:t>Zdroj: KAUZIS.SK – https://www.kauzis.sk/judikatura/r/ECLI:SK:KSBA:2011:1709200495.1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