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3Cob/104/2011 z 29. 9. 2011</w:t>
      </w:r>
    </w:p>
    <w:p>
      <w:r>
        <w:t>Uznesenie Krajského súdu Bratislava z 29. septembra 2011, sp. zn. 3Cob/104/2011, ECLI:SK:KSBA:2011:1709210774.1</w:t>
      </w:r>
    </w:p>
    <w:p>
      <w:r>
        <w:t>Súd: Krajský súd Bratislava</w:t>
      </w:r>
    </w:p>
    <w:p>
      <w:r>
        <w:t>Spisová značka: 3Cob/104/2011</w:t>
      </w:r>
    </w:p>
    <w:p>
      <w:r>
        <w:t>ECLI: ECLI:SK:KSBA:2011:1709210774.1</w:t>
      </w:r>
    </w:p>
    <w:p>
      <w:r>
        <w:t>Dátum vydania: 29.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3Cob/104/2011 Identifikačné číslo súdneho spisu: 1709210774 Dátum vydania rozhodnutia: 30. 09. 2011 Meno a priezvisko sudcu, VSÚ: JUDr. Elena Ondrišová ECLI: ECLI:SK:KSBA:2011:1709210774.1 Uznesenie Krajský súd v Bratislave v právnej veci žalobcu Ľudovít Slimák - ŠOK PRODUCTION, Pezinok, Bratislavská 92, IČO: 37 290 461, zast. advokátom MUNDIEROVÁ &amp; PARTNERS s.r.o., Bratislava, Búdkova 26, proti žalovanému VIP SK, s.r.o., Bratislava, Ventúrska 14, IČO: 44 667 159, o 8.145,- EUR s príslušenstvom a o odvolaní žalobcu proti rozsudku Okresného súdu v Pezinku č.k. 26Cb 108/2010-48 z 10. januára 2011, jednohlasne takto r o z h o d o l : Krajský súd v Bratislave rozsudok Okresného súdu v Pezinku č.k. 26Cb 108/2010-48 z 10. januára 2011 v napadnutej časti týkajúcej sa náhrady trov konania mení tak, že žalovaný je povinný zaplatiť žalobcovi náhradu trov konania v sume 1.874,35 EUR do troch dní od právoplatnosti rozsudku k rukám jeho právneho zástupcu. Žalobcovi náhradu trov odvolacieho konania nepriznáva. o d ô v o d n e n i e : Súd prvého stupňa rozsudkom uložil žalovanému povinnosť zaplatiť žalobcovi sumu 8.145,- EUR spolu s úrokom z omeškania v sadzbe vo výške 9,25 % ročne zo sumy 675,00 EUR od 1.5.2009 do zaplatenia, vo výške 9 % ročne zo sumy 1.350,00 EUR od 16.5.2009 do zaplatenia, vo výške 9 % ročne zo sumy 1.350,00 EUR od 16.6.2009 do zaplatenia, vo výške 9 % ročne zo sumy 1.350,00 eur od 16.7.2009 do zaplatenia, vo výške 9 % ročne zo sumy 1.350,00 EUR od 16.8.2009 do zaplatenia, vo výške 9 % ročne zo sumy 1.350,00 EUR od 16.9.2009 do zaplatenia, vo výške 9 % ročne zo sumy 720,00 EUR od 21.10.2009 do zaplatenia, so zmluvnou pokutou: vo výške 0,1 % denne zo sumy 675,00 EUR od 1.5.2009 do zaplatenia, vo výške 0,1 % denne zo sumy 1.350,00 EUR od 16.5.2009 do zaplatenia, vo výške 0,1 % denne zo sumy 1.350,00 EUR od 16.6.2009 do zaplatenia, vo výške 0,1 % denne zo sumy 1.350,00 EUR od 16.7.2009 do zaplatenia, vo výške 0,1 % denne zo sumy 1.350,00 EUR od 16.8.2009 do zaplatenia, vo výške 0,1 % denne zo sumy 1.350,00 EUR od 16.9.2009 do zaplatenia, vo výške 0,1 % denne zo sumy 720,00 EUR od 21.10.2009 do zaplatenia a nahradiť mu trovy konania vo výške 1.292,94 EUR, všetko do troch dní od právoplatnosti rozsudku a súčasne mu uložil povinnosť nahradiť mu trovy konania v sume 1.292,94 EUR do 3 dní od právoplatnosti rozsudku. Výrok týkajúci sa náhrady trov konania odôvodnil odkazom na § 142 ods. 1 O.s.p., úspech žalobcu v konaní a vznik trov na súdnom poplatku v sume 667,50 EUR a právnom zastúpení za dva úkony právnej služby, a to prevzatie a prípravu zastupovania a účasť na pojednávaní dňa 10. januára 2011, obidva v sadzbe 237,3 EUR, paušálnej náhrade hotových výdavkov 2x 7,41 EUR, náhrade DPH v sume 97,90 EUR, cestovnom za cestu na pojednávanie dňa 10. januára 2011 Bratislava - Pezinok a späť v celkovej sume 13,34 EUR a náhradu za stratu času za 2 začaté polhodiny v celkovej sume 24,70 EUR. Proti časti tohto rozsudku týkajúcej sa náhrady trov konania podal včas odvolanie žalobca navrhujúc ho v tejto časti zmeniť a priznať mu náhradu trov v celkovej sume 1.874,35 EUR, teda priznať mu trovy právneho zastúpenia aj za úkony právnej služby vykonané JUDr. Ernestom Valkom, ktoré boli taktiež riadne vyčíslené. Odvolací súd prejednal vec podľa § 212 ods. 1 O.s.p. len v napadnutej časti týkajúcej sa náhrady trov konania a § 214 ods. 2 O.s.p. bez nariadenia pojednávania a dospel k záveru, že rozsudok nie je v napadnutej časti vecne správny, keď súd neposúdil vec správne po právnej stránke. Podľa § 137 O.s.p. trovy konania sú najmä výdavky účastníkov a ich zástupcov včítane súdneho poplatku, ušlý zárobok účastníkov a ich zákonných zástupcov, trovy dôkazov, odmena notára za vykonávané úkony súdneho komisára a jeho hotové výdavky, odmena správcu dedičstva a jeho hotové výdavky, tlmočné a odmena za zastupovanie, ak je zástupcom advokát.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rozhodnutia. Z obsahu spisu odvolací súd zistil, že žalobca podaním doručeným súdu prvého stupňa dňa 12. januára 2011, t.j. v lehote uvedenej v § 151 ods. 1 O.s.p. vyčíslil nielen trovy právneho zastúpenia za zastupovanie advokátom MUNDIEROVÁ &amp; PARTNERS s.r.o., ale aj trovy súvisiace s úkonmi právnej služby poskytnutými pôvodným právnym zástupcom JUDr. Ernestom Valkom, a to prevzatie a príprava zastúpenia a žalobcu zo dňa 29.10.2009 v sadzbe 237,34 EUR, paušálnej náhrade hotových výdavkov 2x 6,95 EUR a náhrade DPH v sume 92,83 EUR, t.j. v celkovej sume 581,41 EUR. Nakoľko pôvodný právny zástupca žalobcu, ako vyplýva z obsahu spisu, skutočne úkony vykonal, súd prvého stupňa nepostupoval správne, keď žalobcovi nepriznal aj náhradu týchto trov. Z uvedených dôvodov odvolací súd rozsudok súdu prvého stupňa v napadnutej časti týkajúcej sa náhrady trov konania podľa § 220 O.s.p. zmenil a rozhodol spôsobom vo výroku uvedeným. Pokiaľ ide o náhradu trov odvolacieho konania, žalobca bol v odvolacom konaní plne úspešný, mal by preto podľa § 224 ods. 1 a § 142 ods. 1 O.s.p. právo na náhradu jeho trov. Nakoľko však súd rozhoduje o náhrade trov podľa § 151 ods. 1 O.s.p. iba na návrh, a takýto návrh žalobca nepodal, odvolací súd mu náhradu trov odvolacieho konania nepriznal. Poučenie: Proti tomuto uzneseniu odvolanie nie je prípustné.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https://www.kauzis.sk/judikatura/r/ECLI:SK:KSBA:2011:1709210774.1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