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1CoKR/7/2011 z 19. 12. 2011</w:t>
      </w:r>
    </w:p>
    <w:p>
      <w:r>
        <w:t>Uznesenie Krajského súdu Bratislava z 19. decembra 2011, sp. zn. 1CoKR/7/2011, ECLI:SK:KSBA:2011:3108227622.1</w:t>
      </w:r>
    </w:p>
    <w:p>
      <w:r>
        <w:t>Súd: Krajský súd Bratislava</w:t>
      </w:r>
    </w:p>
    <w:p>
      <w:r>
        <w:t>Spisová značka: 1CoKR/7/2011</w:t>
      </w:r>
    </w:p>
    <w:p>
      <w:r>
        <w:t>ECLI: ECLI:SK:KSBA:2011:3108227622.1</w:t>
      </w:r>
    </w:p>
    <w:p>
      <w:r>
        <w:t>Dátum vydania: 19.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1CoKR/7/2011 Identifikačné číslo súdneho spisu: 3108227622 Dátum vydania rozhodnutia: 20. 12. 2011 Meno a priezvisko sudcu, VSÚ: JUDr. Eugen Palášthy ECLI: ECLI:SK:KSBA:2011:3108227622.1 Uznesenie Krajský súd v Bratislave v právnej veci žalobcu: JUDr. Peter Frajt, správca konkurznej podstaty úpadcu: CBA Považská Bystrica, a.s. v konkurze, Tatranská 296, Považská Bystrica, IČO: 36 010 413, proti žalovanému: DEAN, s.r.o., Šoltésovej 1722/241, Považská Bystrica, IČO: 36 341 401, zastúpený: C.. I. N., advokát, Q. W. XX, K. nad E., o odvolaní žalobcu proti rozsudku Okresného súdu Trenčín č. k. 36Cbi/75/2008-296 zo dňa 27.10.2010, takto r o z h o d o l : Krajský súd v Bratislave odvolacie konanie zastavuje. Žiaden z účastníkov nemá právo na náhradu trov odvolacieho konania. o d ô v o d n e n i e : Okresný súd Trenčín v konaní pod sp. zn. 36Cbi/75/2008-296 vydal dňa 27.10.2010 rozsudok, ktorým žalobu žalobcu (došlú súdu dňa 10.12.2008) zamietol a zaviazal žalobcu k náhrade trov konania v sume 458,89 Eur. Voči tomuto rozsudku podal žalobca odvolanie, v ktorom žiadal odvolací súd, aby napadnutý rozsudok súdu prvého stupňa zrušil a vec mu vrátil späť na ďalšie konanie za účelom vykonania ďalších dôkazov a následného nového rozhodnutia vo veci, prípadne aby napadnutý rozsudok zmenil a žalobe žalobcu vyhovel. Dňa 06.07.2011 doručil žalobca súdu prvého stupňa späťvzatie vyššie uvedeného odvolania v plnom rozsahu a žiadal odvolací súd, aby odvolacie konanie zastavil a o trovách odvolacieho konania rozhodol tak, že žiaden z účastníkov na ich náhradu nemá právo.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Podľa § 222 ods. 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Podľa § 223 O.s.p. odvolací súd rozhoduje rozsudkom, ak potvrdzuje alebo mení rozsudok; inak rozhoduje uznesením. Podľa § 224 ods. 1 O.s.p. ustanovenia o trovách konania pred súdom prvého stupňa platia i pre odvolacie konanie. Podľa § 146 ods. 1 písm. c) žiaden z účastníkov nemá nárok na náhradu trov konania podľa jeho výsledku, ak konanie bolo zastavené. Na základe uvedeného a citovaných zákonných ustanovení odvolací súd rozhodol tak, ako je uvedené vo výroku tohto rozhodnutia. Toto uznesenie bolo členmi senátu prijaté pomerom hlasov 3:0 (§ 3 ods. 9 druhá veta zákona č. 757/2004 Z.z. v znení neskorších predpisov). Poučenie: Proti tomuto uzneseniu odvolanie nie je prípustné.</w:t>
      </w:r>
    </w:p>
    <w:p/>
    <w:p>
      <w:r>
        <w:t>Zdroj: KAUZIS.SK – https://www.kauzis.sk/judikatura/r/ECLI:SK:KSBA:2011:3108227622.1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