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3S/149/2010 z 26. 9. 2011</w:t>
      </w:r>
    </w:p>
    <w:p>
      <w:r>
        <w:t>Uznesenie Krajského súdu Bratislava z 26. septembra 2011, sp. zn. 3S/149/2010, ECLI:SK:KSBA:2011:7709215466.1</w:t>
      </w:r>
    </w:p>
    <w:p>
      <w:r>
        <w:t>Súd: Krajský súd Bratislava</w:t>
      </w:r>
    </w:p>
    <w:p>
      <w:r>
        <w:t>Spisová značka: 3S/149/2010</w:t>
      </w:r>
    </w:p>
    <w:p>
      <w:r>
        <w:t>ECLI: ECLI:SK:KSBA:2011:7709215466.1</w:t>
      </w:r>
    </w:p>
    <w:p>
      <w:r>
        <w:t>Dátum vydania: 26. 9. 2011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3S/149/2010 Identifikačné číslo súdneho spisu: 7709215466 Dátum vydania rozhodnutia: 27. 09. 2011 Meno a priezvisko sudcu, VSÚ: JUDr. Viera Šebestová ECLI: ECLI:SK:KSBA:2011:7709215466.1 Uznesenie Krajský súd v Bratislave v právnej veci žalobcu: L. K., bytom prof. J. XX, XXXXX N., proti žalovanému: Ministerstvo vnútra SR, sekcia verejnej správy, odbor priestupkov, Drieňová 22, 826 86 Bratislava o preskúmanie zákonnosti rozhodnutia žalovaného č. SVS-230-2009/02178/TKP zo dňa 05.11.2009, takto r o z h o d o l : Súd konanie z a s t a v u j e. Žiaden z účastníkov nemá právo na náhradu trov konania . o d ô v o d n e n i e : Žalobou doručenou na Krajský súd v Bratislave dňa 12.04.2010, ktorá mu bola postúpená na základe uznesenia Najvyššieho súdu SR sp. zn. 3 Nds 1/2010 zo dňa 21.01.2010 Krajským súdom v Košiciach, sa žalobca domáhal preskúmania zákonnosti rozhodnutia a postupu žalovaného, ktorým bolo potvrdené rozhodnutie Obvodného úradu v Michalovciach, odbor všeobecnej vnútornej správy č. AM/2009/02588 zo dňa 03.08.2009, ktorým bol žalobca uznaný vinný za spáchanie priestupku proti občianskemu spolunažívaniu podľa §49 ods.1 písm. d/ priestupkového zákona. Podľa ust. § 5 ods. 1 písm. a) zákona č. 71/1992 Zb. o súdnych poplatkoch, poplatková povinnosť vzniká podaním návrhu, odvolania a dovolania alebo žiadosti na vykonanie poplatkového úkonu, ak je poplatníkom navrhovateľ, odvolateľ a dovolateľ. Podľa § 8 ods. 1 zákona o súdnych poplatkoch v platnom znení ku dňu podania žaloby, poplatok za podanie návrhu alebo žiadosti, poplatok za uplatnenie námietky zaujatosti v konkurznom konaní alebo reštrukturalizačnom konaní podľa osobitného predpisu a poplatok za konanie, je splatný vznikom poplatkovej povinnosti. Podľa § 10 ods. 1 zákona o súdnych poplatkoch, ak nebol zaplatený poplatok splatný podaním návrhu na začatie konania, odvolania alebo dovolania, súd vyzve poplatníka, aby poplatok zaplatil v lehote desiatich dní od doručenia výzvy; ak aj napriek výzve poplatok nebol zaplatený v lehote, súd konanie zastaví. O následkoch nezaplatenia poplatku musí byť poplatník poučený. Podľa § 10 ods. 3 zákona o súdnych poplatkoch, súd zruší uznesenie o zastavení konania pre nezaplatenie súdneho poplatku, ak poplatník zaplatí súdny poplatok do konca lehoty na podanie odvolania. Žalobca bol vyzvaný výzvou doručenou mu dňa 09.08.2011, aby v lehote do 10 dní od doručenia výzvy zaplatil súdny poplatok za žalobu vo výške 33 eur. Výzva bola doručená žalobcovi s tým, že bol v nej poučený o následkoch nezaplatenia súdneho poplatku. Keďže žalobca súdny poplatok za žalobu na základe výzvy súdu nezaplatil, súd podľa § 10 ods. 1 zákona o súdnych poplatkoch konanie pre nezaplatenie súdneho poplatku zastavil. O trovách konania súd rozhodol podľa § 146 ods. 1 písm. c) v spojení s ust. § 246c O.s.p. tak, že žiadnemu z účastníkov nepriznal náhradu trov konania. Poučenie: Proti tomuto uzneseniu je možné podať odvolanie do 15 dní odo dňa jeho doručenia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https://www.kauzis.sk/judikatura/r/ECLI:SK:KSBA:2011:7709215466.1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