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4S/235/2010 z 8. 12. 2011</w:t>
      </w:r>
    </w:p>
    <w:p>
      <w:r>
        <w:t>Uznesenie Krajského súdu Bratislava z 8. decembra 2011, sp. zn. 4S/235/2010, ECLI:SK:KSBA:2011:9010010040.1</w:t>
      </w:r>
    </w:p>
    <w:p>
      <w:r>
        <w:t>Súd: Krajský súd Bratislava</w:t>
      </w:r>
    </w:p>
    <w:p>
      <w:r>
        <w:t>Spisová značka: 4S/235/2010</w:t>
      </w:r>
    </w:p>
    <w:p>
      <w:r>
        <w:t>ECLI: ECLI:SK:KSBA:2011:9010010040.1</w:t>
      </w:r>
    </w:p>
    <w:p>
      <w:r>
        <w:t>Dátum vydania: 8.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4S/235/2010 Identifikačné číslo súdneho spisu: 9010010040 Dátum vydania rozhodnutia: 09. 12. 2011 Meno a priezvisko sudcu, VSÚ: JUDr. Soňa Langová ECLI: ECLI:SK:KSBA:2011:9010010040.1 Uznesenie Krajský súd v Bratislave v právnej veci žalobcu: STAVLAD. s.r.o. v likvidácii, Levočská 9, 080 01 Prešov, IČO: 36 451 096, zastúpeného advokátom, JUDr. Martinom Staroňom, Hlavná 89, 080 01 Prešov, proti žalovanému: Ministerstvo financií Slovenskej republiky, Štefanovičova č. 5, 817 82 Bratislava o preskúmanie rozhodnutia žalovaného č. MF/030263/2009-243 zo dňa 5.1.2010, takto r o z h o d o l : Krajský súd v Bratislave konanie z a s t a v u j e. Žiaden z účastníkov nemá právo na náhradu trov konania. o d ô v o d n e n i e : Žalobca sa návrhom doručeným tunajšiemu súdu prostredníctvom Najvyššieho súdu Slovenskej republiky dňa 9.7.2010 domáhal preskúmania zákonnosti postupu a rozhodnutia žalovaného č. MF/030263/2009-243 zo dňa 5.1.2010, ktorým zamietol odvolanie žalobcu a potvrdil rozhodnutie Správy finančnej kontroly Košice č. X/XXXX/XXXX/XXX zo dňa 3.11.2009, ktorým bola žalobcovi uložená povinnosť odvodu finančných prostriedkov a penále v sume 10.749,90 €. V priebehu súdneho konania o žalobnom návrhu o preskúmanie zákonnosti postupu a rozhodnutia žalovaného, žalobca zanikol ku dňu 17.12.2010 a bol dňa 29.1.2011 vymazaný z obchodného registra vedeného Okresným súdom Prešov v oddiele L., vložka č. XXXXX/P. Podľa § 103 O.s.p. kedykoľvek za konania prihliada súd na to, či sú splnené podmienky, za ktorých môže konať vo veci. Ak ide o taký nedostatok podmienky konania, ktorý nemožno odstrániť, súd konanie zastaví ( § 104 ods. 1 veta prvá O.s.p.) Ak účastník stratí spôsobilosť byť účastníkom konania skôr, ako sa konanie právoplatne skončilo, súd posúdi podľa povahy veci, či má konanie zastaviť alebo prerušiť, alebo či môže v ňom pokračovať (§107 ods. 1 O.s.p.). Nedostatok spôsobilosti byť účastníkom konania je neodstrániteľným nedostatkom podmienky konania. Ak účastník konania zanikne (bez právneho nástupcu), zanikne jeho spôsobilosť byť účastníkom konania. Na základe uvedených dôvodov súd podľa § 19, § 104 ods. 1 veta prvá z dôvodu § 103 a § 107 ods. 1 v spojení s § 246c ods. 1 O.s.p. konanie zastavil. O trovách konania rozhodol súd podľa § 146 ods. 1 písm. c/ v spojení s § 246c O.s.p. a účastníkom nepriznal právo na ich náhradu, pretože konanie bolo zastavené. Poučenie: Proti tomuto uzneseniu nie je odvolanie prípustné (§246c ods. 1, druhá veta O.s.p.).</w:t>
      </w:r>
    </w:p>
    <w:p/>
    <w:p>
      <w:r>
        <w:t>Zdroj: KAUZIS.SK – https://www.kauzis.sk/judikatura/r/ECLI:SK:KSBA:2011:9010010040.1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