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3K/69/2000 z 18. 3. 2012</w:t>
      </w:r>
    </w:p>
    <w:p>
      <w:r>
        <w:t>Uznesenie Krajského súdu Bratislava z 18. marca 2012, sp. zn. 3K/69/2000, ECLI:SK:KSBA:2012:1000898596.1</w:t>
      </w:r>
    </w:p>
    <w:p>
      <w:r>
        <w:t>Súd: Krajský súd Bratislava</w:t>
      </w:r>
    </w:p>
    <w:p>
      <w:r>
        <w:t>Spisová značka: 3K/69/2000</w:t>
      </w:r>
    </w:p>
    <w:p>
      <w:r>
        <w:t>ECLI: ECLI:SK:KSBA:2012:1000898596.1</w:t>
      </w:r>
    </w:p>
    <w:p>
      <w:r>
        <w:t>Dátum vydania: 18. 3.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3K/69/2000 Identifikačné číslo súdneho spisu: 1000898596 Dátum vydania rozhodnutia: 19. 03. 2012 Meno a priezvisko sudcu, VSÚ: JUDr. Eugen Palášthy ECLI: ECLI:SK:KSBA:2012:1000898596.1 Uznesenie Krajský súd v Bratislave v konkurznej veci úpadcu: Poľnohospodárske družstvo Bučany, so sídlom 919 28 Bučany č. 496, IČO: 31 105 301, takto r o z h o d o l : Súd z r u š u j e konkurz vyhlásený uznesením tunajšieho súdu zo dňa 09.06.2003, pod č. k. 3K 69/00-202, po splnení rozvrhového uznesenia. Súd z b a v u j e JUDr. Jozefa Bolješika, sídlom AK Radlinského 50, 921 01 Piešťany, funkcie správcu konkurznej podstaty. Súd z b a v u j e Ing. Bohuslava Šmída, bytom M. Bela 4661/8, 921 01 Piešťany, funkcie osobitného správcu konkurznej podstaty. o d ô v o d n e n i e : Dňa 13.03.2012 správca konkurznej podstaty JUDr. Jozef Bolješik predložil súdu správu o záverečnom vyúčtovaní konkurzu a vysporiadaní pohľadávok veriteľov podľa rozvrhového uznesenia, č. k. 3K 69/2000-779 zo dňa 19.12.2011, ktoré nadobudlo právoplatnosť dňa 24.01.2012.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Súd zároveň zbavil funkcie osobitného správcu konkurznej podstaty Ing. Bohuslava Šmída.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https://www.kauzis.sk/judikatura/r/ECLI:SK:KSBA:2012:1000898596.1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