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36Cb/36/2001 z 4. 10. 2012</w:t>
      </w:r>
    </w:p>
    <w:p>
      <w:r>
        <w:t>Opravné uznesenie Krajského súdu Bratislava z 4. októbra 2012, sp. zn. 36Cb/36/2001, ECLI:SK:KSBA:2012:1001899764.16</w:t>
      </w:r>
    </w:p>
    <w:p>
      <w:r>
        <w:t>Súd: Krajský súd Bratislava</w:t>
      </w:r>
    </w:p>
    <w:p>
      <w:r>
        <w:t>Spisová značka: 36Cb/36/2001</w:t>
      </w:r>
    </w:p>
    <w:p>
      <w:r>
        <w:t>ECLI: ECLI:SK:KSBA:2012:1001899764.16</w:t>
      </w:r>
    </w:p>
    <w:p>
      <w:r>
        <w:t>Dátum vydania: 4. 10.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36Cb/36/2001 Identifikačné číslo súdneho spisu: 1001899764 Dátum vydania rozhodnutia: 05. 10. 2012 Meno a priezvisko sudcu, VSÚ: Mgr. Štefan Zelenák ECLI: ECLI:SK:KSBA:2012:1001899764.16 Opravné uznesenie Krajský súd v Bratislave, v právnej veci žalobcu: INTERFLUG, a.s., v likvidácii, Hlinkova 615/16, Košice, IČO: 36 590 355, zastúpeného advokátom JUDr. Zoltánom Koreňom, Hrnčiarska 2/A, Košice, proti žalovanému: Slovenská republika - Správa štátnych hmotných rezerv Slovenskej republiky, Pražská 29, Bratislava, IČO: 30 844 363, o zaplatenie 64.003.583,31 Sk, takto r o z h o d o l : Súd o p r a v u j e poučenie uznesenia Krajského súdu v Bratislave č. k. 36Cb 36/2001 - 291 zo dňa 30.08.2012 nasledovne: namiesto: ……... na Krajský súd v Bratislave, prostredníctvom Okresného súdu Bratislava IV... ……... správne: ………na Najvyšší súd SR, prostredníctvom Krajského súdu v Bratislave ……............ o d ô v o d n e n i e : V odvolaní zo dňa 28.09.2012 proti uzneseniu tunajšieho súdu č. k. 36Cb 36/2001 - 291 žalobca uviedol, že mu nie sú známe dôvody, prečo má byť odvolanie doručované prostredníctvom Okresného súdu Bratislava IV. Podľa § 164 O.s.p. predseda senátu opraví v rozsudku kedykoľvek i bez návrhu chyby v písaní a počítaní ako i iné zrejmé nesprávnosti. Ak sa týka oprava výroku rozhodnutia, vydá o tom predseda senátu opravné uznesenie, ktoré doručí účastníkom, pritom môže odložiť vykonateľnosť rozsudku na dobu, pokiaľ opravné uznesenie nenadobudne právoplatnosť. S poukazom na vyššie uvedené skutočnosti a citované zákonné ustanovenia súd mal preukázané, že pri opise rozhodnutia došlo k zrejmým nesprávnostiam ako i chybám v písaní, preto súd rozhodoval tak, že opravil poučenie napadnutého uznesenia, ako je to uvedené vo výrokovej časti tohto rozhodnutia. Poučenie: Proti tomuto rozhodnutiu je možné podať odvolanie na Najvyšší súd SR v lehote 15 dní od jeho doručenia cestou tunajšieho súdu písomne, dvojmo.</w:t>
      </w:r>
    </w:p>
    <w:p/>
    <w:p>
      <w:r>
        <w:t>Zdroj: KAUZIS.SK – https://www.kauzis.sk/judikatura/r/ECLI:SK:KSBA:2012:1001899764.16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