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55Cbi/309/2001 z 5. 3. 2012</w:t>
      </w:r>
    </w:p>
    <w:p>
      <w:r>
        <w:t>Uznesenie Krajského súdu Bratislava z 5. marca 2012, sp. zn. 55Cbi/309/2001, ECLI:SK:KSBA:2012:1001899810.14</w:t>
      </w:r>
    </w:p>
    <w:p>
      <w:r>
        <w:t>Súd: Krajský súd Bratislava</w:t>
      </w:r>
    </w:p>
    <w:p>
      <w:r>
        <w:t>Spisová značka: 55Cbi/309/2001</w:t>
      </w:r>
    </w:p>
    <w:p>
      <w:r>
        <w:t>ECLI: ECLI:SK:KSBA:2012:1001899810.14</w:t>
      </w:r>
    </w:p>
    <w:p>
      <w:r>
        <w:t>Dátum vydania: 5.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55Cbi/309/2001 Identifikačné číslo súdneho spisu: 1001899810 Dátum vydania rozhodnutia: 06. 03. 2012 Meno a priezvisko sudcu, VSÚ: JUDr. Peter Pospech ECLI: ECLI:SK:KSBA:2012:1001899810.14 Uznesenie Krajský súd v Bratislave pred samosudcom JUDr. Petrom Pospechom v právnej veci žalobcu: JUDr. Katarína Cibulková, G.. XX.XX.XXXX, trvale bytom A. Trajana 7, 921 01 Piešťany, SKP spoločnosti MANAZ, spol. s r.o., Veľký Dvor č. 12, 937 01 Želiezovce, IČO: 34 124 756, právne zast.: JUDr. Petrom Kočičkom, advokátom, Horná 51, 974 01 Banská Bystrica, proti žalovanému: PRAN, a.s., Ráztočná 59, 822 06 Bratislava a vedľajšieho účastníka: Slovenské liečebné kúpele, Piešťany, a.s., Winterová 29, Piešťany, IČO: 34 144 790, zast. JUDr. Jurajom Bizoňom, advokátom Farská 31, 949 01 Nitra, o neúčinnosť kúpnej zmluvy a zaplatenie sumy 165.969,59 Eur (5.000.000,- Sk) istiny s príslušenstvom, takto r o z h o d o l : Súd ukladá žalobkyni JUDr. Kataríne Cibulkovej, G.. XX.XX.XXXX, bytom A.Trajana 7, 921 01 Piešťany, správkyni konkurznej podstaty spoločnosti: MANAZ, spol. s r.o., Veľký Dvor č. 12, 937 01 Želiezovce, IČO: 34 124 756 povinnosť zložiť na súde preddavok na trovy konania v sume 2.489,52 Eur na účet súdu, Č..Ú..: XXXXXXXXXX/XXXX, Z.: XXXXXXXXXX. Súd ukladá žalovanému: PRAN, a.s., Ráztočná 59, 822 06 Bratislava, povinnosť zložiť na súde preddavok na trovy konania v sume 8.298,48 Eur na účet súdu, č.ú.: XXXXXXXXXX/XXXX, Z.: XXXXXXXXXX. o d ô v o d n e n i e : Žalobným návrhom zo dňa 23.05.2001, adresovaným pôvodne Okresnému súdu v Piešťanoch, postúpeným Krajskému súdu v Bratislave, požiadala žalobkyňa o vyslovenie neúčinnosti kúpnej zmluvy medzi spoločnosťou MANAZ, spol. s r.o., Veľký Dvor č. 12, 937 01 Želiezovce, IČO: 34 124 756 ako predávajúcim a spoločnosťou PRAN, a.s., Ráztočná 59, 822 06 Bratislava, IČO: 35 7724 906, ako kupujúcim. Písomným podaním zo dňa 13.10.2009 požiadal právny zástupca žalobkyne o rozšírenie žalobného návrhu zo dňa 23.05.2001 tak, že žalovaný v 1. rade je povinný zaplatiť žalobcovi sumu 165.969,59 Eur istiny. O návrhu na rozšírenie petitu žaloby konajúci súd rozhodol svojím uznesením č.k. 55Cbi 309/2001 s tým, že návrhu vyhovel podľa § 95 ods. 1 OSP. Toto uznesenie nadobudlo právoplatnosť dňa 18.01.2010. Písomným podaním zo dňa 18.05.2010 požiadala žalobkyňa o oslobodenie od platenia súdneho poplatku s odôvodnením, že neoslobodenie od zaplatenia súdneho poplatku by malo za následok zhoršenie finančnej situácie žalobcu, a tak zhoršilo aj možnosti na súdnu ochranu a práva na prístup súdu. Uznesením konajúceho súdu pod č.k. 55Cbi 309/01 zo dňa 28.02.2011 konajúci súd priznal žalobkyni 70% oslobodenie od súdneho poplatku za rozšírenie žalobného návrhu. Na pojednávaní v predmetnej veci dňa 29.02.2012 bol súdu krátkou cestou právnym zástupcom žalovaného odovzdaný návrh na uloženie povinnosti podľa § 141 a) OSP s tým, že v danom konaní si žalobkyňa uplatňuje nárok na zaplatenie sumy 165.959,58 Eur a žalovaný žiada, aby konajúci súd zaviazal žalobkyňu na uhradenie sumy 8.298,48 Eur, čo je 5% z uplatnenej čiastky 165.969,58 Eur. Podľa ust. § 141 a) OSP ods. 1 navrhovateľovi, u ktorého nie sú splnené predpoklady na oslobodenie od súdnych poplatkov podľa § 138 OSP v celom rozsahu, a ktorý uplatňuje právo na zaplatenie peňažnej sumy, ktorá prevyšuje 400-násobok životného minima pre jednu plnoletú fyzickú osobu, súd na návrh odporcu uloží, aby v lehote nie dlhšej ako 60 dní zložil preddavok na trovy konania. Na zloženie preddavku podľa prvej vety vyzve súd súčasne s uložením povinnosti navrhovateľovi v rovnakej lehote aj odporcu. Povinnosť zložiť preddavok na trovy konania nemá účastník, ktorého majetkové pomery ako dlžníka nemožno usporiadať podľa osobitného predpisu o konkurznom konaní. Ak navrhovateľ preddavok na trovy konania v určenej lehote nezloží a odporca, ktorý má povinnosť zložiť preddavok ho zložil, súd konanie v lehote 15 dní od uplynutia lehoty na zloženie preddavku na trovy konania zastaví. Podľa ods. 2 výška preddavku podľa ods. 1 je 5% z peňažnej sumy uplatňovanej navrhovateľom, pričom na príslušenstvo sa neprihliada. Podľa navrhovateľa, žalobkyňa si uplatňuje nárok v sume 165.969,58 Eur a 5% z uvedenej čiastky predstavuje čiastku 8.298,48 Eur. Vzhľadom na 70% oslobodenie od zaplatenia súdneho poplatku za rozšírenie návrhu je povinnosťou žalobkyne zložiť preddavok na trovy konania v sume 2.489,54 Eur a žalovanému bola daná povinnosť zložiť preddavok na trovy konania v sume 8.298,48 Eur. Zloženie sumy 2.489,54 Eur predstavuje 30% súdneho poplatku, v ktorej časti nebol žalobca oslobodený od zaplatenia súdneho poplatku. O takto určenej povinnosti žalobcovi a žalovanému zložiť preddavok na trovy konania súd rozhodol v súlade s ust. § 141 a) OSP a vzhľadom na 70% oslobodenie žalobcu od zaplatenia súdneho poplatku na základe uznesenia konajúceho súdu pod č.k. 55 Cbi 309/01 zo dňa 28.02.2011 podľa § 138 OSP. Poučenie: Proti tomuto uzneseniu je možné podať odvolanie do 15 dní od jeho doručenia na Krajskom súdu v Bratislave, písomne, dvojmo</w:t>
      </w:r>
    </w:p>
    <w:p/>
    <w:p>
      <w:r>
        <w:t>Zdroj: KAUZIS.SK – https://www.kauzis.sk/judikatura/r/ECLI:SK:KSBA:2012:1001899810.14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