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55Cbi/309/2001 z 30. 9. 2012</w:t>
      </w:r>
    </w:p>
    <w:p>
      <w:r>
        <w:t>Opravné uznesenie Krajského súdu Bratislava z 30. septembra 2012, sp. zn. 55Cbi/309/2001, ECLI:SK:KSBA:2012:1001899810.16</w:t>
      </w:r>
    </w:p>
    <w:p>
      <w:r>
        <w:t>Súd: Krajský súd Bratislava</w:t>
      </w:r>
    </w:p>
    <w:p>
      <w:r>
        <w:t>Spisová značka: 55Cbi/309/2001</w:t>
      </w:r>
    </w:p>
    <w:p>
      <w:r>
        <w:t>ECLI: ECLI:SK:KSBA:2012:1001899810.16</w:t>
      </w:r>
    </w:p>
    <w:p>
      <w:r>
        <w:t>Dátum vydania: 30. 9.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55Cbi/309/2001 Identifikačné číslo súdneho spisu: 1001899810 Dátum vydania rozhodnutia: 01. 10. 2012 Meno a priezvisko sudcu, VSÚ: JUDr. Peter Pospech ECLI: ECLI:SK:KSBA:2012:1001899810.16 Opravné uznesenie Krajský súd v Bratislave, pred samosudcom JUDr. Petrom Pospechom, v právnej veci žalobcu : JUDr. C. R., G.. XX.X.XXXX, E. K. Q.. E. X, XXX XX O., SKP spoločnosti MANAZ, spol. s.r.o., Veľký Dvor č. 12, 937 01 Želiezovce, IČO: 34 124 756, právne zastúpená JUDr. Petrom Kočičkom, advokátom, Horná 51, 97401 Banská Bystrica , proti žalovanému : PRAN, a.,s. , Ráztočná 59, 822 06 Bratislava a vedľajšieho účastníka : Slovenské liečebné kúpele Piešťany, a.s., Winterova 29, Piešťany, IČO: 34 144 790, zast. JUDr. Bizoňom, advokátom, Farská 31949 01 Nitra, o neúčinnosť kúpnej zmluvy a zaplatenie sumy 165.969,59 Eur (5,000.000,- Sk), takto r o z h o d o l : Konajúci súd opravuje výrokovú časť uznesenia pod č.k. 55 Cbi/309/2001 zo dňa 6.3.2012 tak, že správne má znieť takto : „Súd ukladá žalobkyni JUDr. C. R., G.. XX.X.XXXX, E. K. Q.. E. X, XXX XX O., SKP spoločnosti MANAZ, spol. s.r.o., Veľký Dvor č. 12, 937 01 Želiezovce, IČO: 34 124 756 a žalovanému PRAN, a.s., Ráztočná 59, 822 06 Bratislava, povinnosť zložiť na súde preddavok na trovy konania, u žalobkyne v sume 2.489,52 Eur a u žalovaného v sume 8.298,48 Eur, na účet súdu, č.ú. : 7000142457/8180, VS 108102611, v lehote do 60 dní od doručenia uznesenia.“ o d ô v o d n e n i e : Vo výrokovej časti uznesenia konajúceho súdu pod č.k. 55Cbi/309/2001, zo dňa 6.3.2012, došlo k zrejmej nesprávnosti v neuvedení lehoty plnenia preddavku na trovy konania. Podľa § 164 OSP súd kedykoľvek, aj bez návrhu, opraví v rozsudku (uznesení) chyby v písaní a počítaní, ako aj iné nesprávnosti. O návrhu na opravu súd rozhodne do 30 dní od jeho podania. O oprave vydá opravné uznesenie, ktoré doručí účastníkom. Pritom môže odložiť vykonateľnosť rozhodnutia na čas, kým opravné uznesenie nenadobudne právoplatnosť. Vzhľadom na zrejmú nesprávnosť, súd ju opravil postupom podľa § 164 OSP v znení tak, ako je uvedené vo výrokovej časti tohto opravného uznesenia. Poučenie: Proti tomuto uzneseniu je možné podať odvolanie do 15 dní od jeho doručenia na Krajskom súde v Bratislave, písomne, dvojmo.</w:t>
      </w:r>
    </w:p>
    <w:p/>
    <w:p>
      <w:r>
        <w:t>Zdroj: KAUZIS.SK – https://www.kauzis.sk/judikatura/r/ECLI:SK:KSBA:2012:1001899810.16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