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5K/89/2002 z 27. 11. 2012</w:t>
      </w:r>
    </w:p>
    <w:p>
      <w:r>
        <w:t>Uznesenie Krajského súdu Bratislava z 27. novembra 2012, sp. zn. 5K/89/2002, ECLI:SK:KSBA:2012:1002898166.2</w:t>
      </w:r>
    </w:p>
    <w:p>
      <w:r>
        <w:t>Súd: Krajský súd Bratislava</w:t>
      </w:r>
    </w:p>
    <w:p>
      <w:r>
        <w:t>Spisová značka: 5K/89/2002</w:t>
      </w:r>
    </w:p>
    <w:p>
      <w:r>
        <w:t>ECLI: ECLI:SK:KSBA:2012:1002898166.2</w:t>
      </w:r>
    </w:p>
    <w:p>
      <w:r>
        <w:t>Dátum vydania: 27. 11.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5K/89/2002 Identifikačné číslo súdneho spisu: 1002898166 Dátum vydania rozhodnutia: 28. 11. 2012 Meno a priezvisko sudcu, VSÚ: JUDr. Boris Tóth ECLI: ECLI:SK:KSBA:2012:1002898166.2 Uznesenie Krajský súd v Bratislave v konkurznej veci úpadcu: EIB, spol. s r.o. EIB Ltd., Štefana Králika 5/B, 841 08 Bratislava 49, IČO: 31 604 552, s ustanoveným správcom konkurznej podstaty: JUDr. Peter Sopko, Hlavná 27, 917 00 Trnava, o návrhu na zrušenie konkurzu, takto r o z h o d o l : Súd z r u š u j e konkurz vyhlásený uznesením č.k. 5K/89/2002-480 zo dňa 05.09.2003 po splnení rozvrhového uznesenia. Súd z b a v u j e JUDr. Petra Sopku, Hlavná 27, 917 00 Trnava, funkcie správcu konkurznej podstaty. o d ô v o d n e n i e : Správca konkurznej podstaty podaním doručeným súdu 27.11.2012 podal návrh na zrušenie konkurzu po splnení rozvrhového uznesenia podľa ust. § 44 ods. 1 písm. b/ ZKV a na zbavenie funkcie správcu konkurznej podstaty. Uviedol, že po vyplatení príslušných pohľadávok podľa ust. § 32 ZKV a nákladov spojených s konkurzom v pokladni a na účte úpadcu, ktorý bol zrušený, nezostali žiadne finančné prostriedky. Splnenie rozvrhového uznesenia preukázal platobným príkazom na úhradu. V zmysle § 44 ods.1 písm. b/ zákona FZ ČaSFR č. 328/1991 Zb. o konkurze a vyrovnaní v znení neskorších predpisov (ďalej len ZKV) súd zruší konkurz, v ktorom nedošlo k potvrdeniu núteného vyrovnania, po splnení rozvrhového uznesenia a podľa ods. 4 citovaného ustanovenia, súd zbaví správcu funkcie. Správca konkurznej podstaty splnil rozvrhové uznesenie č.k. 5K/89/2002-817 zo dňa 23.05.202, ktoré nadobudlo právoplatnosť dňa 29.06.2012, čo preukázal priloženým platobným príkazom na úhradu príslušných pohľadávok. Súd preto v zmysle citovaných ustanovení zrušil konkurz po splnení rozvrhového uznesenia a správcu zbavil jeho funkcie. Na základe zoznamu prihlášok možno po právoplatnosti uznesenia o zrušení konkurzu viesť pre zistenú pohľadávku výkon rozhodnutia alebo exekúciu na majetok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https://www.kauzis.sk/judikatura/r/ECLI:SK:KSBA:2012:1002898166.2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