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2K/14/2002 z 24. 4. 2012</w:t>
      </w:r>
    </w:p>
    <w:p>
      <w:r>
        <w:t>Uznesenie Krajského súdu Bratislava z 24. apríla 2012, sp. zn. 2K/14/2002, ECLI:SK:KSBA:2012:1002898307.1</w:t>
      </w:r>
    </w:p>
    <w:p>
      <w:r>
        <w:t>Súd: Krajský súd Bratislava</w:t>
      </w:r>
    </w:p>
    <w:p>
      <w:r>
        <w:t>Spisová značka: 2K/14/2002</w:t>
      </w:r>
    </w:p>
    <w:p>
      <w:r>
        <w:t>ECLI: ECLI:SK:KSBA:2012:1002898307.1</w:t>
      </w:r>
    </w:p>
    <w:p>
      <w:r>
        <w:t>Dátum vydania: 24. 4.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2K/14/2002 Identifikačné číslo súdneho spisu: 1002898307 Dátum vydania rozhodnutia: 25. 04. 2012 Meno a priezvisko sudcu, VSÚ: JUDr. Lýdia Noskovičová ECLI: ECLI:SK:KSBA:2012:1002898307.1 Uznesenie Krajský súd Bratislava v konkurznej veci úpadcu: Poľnohospodárske družstvo Ipeľský Sokolec, sídlom 935 75 Ipeľský Sokolec, IČO: 00 194 743 s ustanoveným správcom konkurznej podstaty JUDr. Petrom Sopkom, advokátom, H. XX, XXX XX Q., takto r o z h o d o l : Súd z r u š u j e konkurz vyhlásený na majetok úpadcu: Poľnohospodárske družstvo Ipeľský Sokolec, sídlom 935 75 Ipeľský Sokolec, IČO: 00 194 743 uznesením č. k. 2K 14/2002 zo dňa 05.03.2002, po splnení rozvrhového uznesenia. Súd z b a v u j e JUDr. Petra Sopka, advokáta, H. XX, XXX XX Q., funkcie správcu konkurznej podstaty. o d ô v o d n e n i e : Krajský súd v Bratislave uznesením č. k. 2K 14/2002 zo dňa 05.03.2002 vyhlásil konkurz na majetok dlžníka: Poľnohospodárske družstvo Ipeľský Sokolec, sídlom 935 75 Ipeľský Sokolec, IČO: 00 194 743. Do funkcie správcu konkurznej podstaty súd postupne ustanovil uznesením zo dňa 05.03.2002 JUDr. Teréziu Strakovú, advokátku. Uznesením zo dňa 13.03.2002 súd zbavil JUDr. Teréziu Strakovú funkcie a zároveň za nového správcu ustanovil JUDr. Annu Rumplovú, advokátku. Uznesením zo dňa 19.03.2002 zbavil JUDr. Annu Rumplovú funkcie a zároveň za nového správcu ustanovil JUDr. Evu Rezníčkovú - Hlaváčovú a do funkcie osobitného správcu ustanovil Pavla Papíka, C. P.. Uznesením súdu zo dňa 17.05.2002 súd zbavil funkcie správcu konkurznej podstaty JUDr. Evu Rezníčkovú - Hlaváčovú a funkcie osobitného správcu Pavla Papíka, C. P. a do funkcie správcu konkurznej podstaty ustanovil JUDr. Petra Sopka, advokáta. Uznesením tunajšieho súdu pod č. k. 2K 14/2002-772 zo dňa 12.10.2006, súd na návrh správcu konkurznej podstaty rozhodol o rozdelení finančných prostriedkov získaných speňažením konkurznej podstaty. Podaním zo dňa 11.04.2012 správca konkurznej podstaty predložil súdu správu, ktorá obsahuje informáciu o úplnom zrealizovaní rozvrhového uznesenia, ktoré nadobudlo právoplatnosť dňa 21.11.2006 a ako dôkaz predložil zoznam všetkých uspokojovaných veriteľov s uvedením spôsobu úhrad, a to plnením na účet, prípadne uložením do súdnej úschovy. Opatrením súdu č. k. 2K 14/2002-641 zo dňa 16.11.2004 bol na návrh správcu konkurznej podstaty vydaný súhlas s vylúčením nehnuteľného majetku úpadcu z konkurznej podstaty: a) katastrálne územie H., LV č. XXX -stavba na parc.č. XXXX/X b) katastrálne územie O. J., LV č. XXX -stavba na parc.č. XXXX/XX -stavba na parc.č. XXXX/XX -stavba na parc.č. XXXX/XX -stavba na parc.č. XXXX/XX c) katastrálne územie T., LV č. XX -stavba na parc.č. XXXX/X -stavba na parc.č. XXX/X -stavba na parc.č. XXX/X -stavba na parc.č. XXX/X -stavba na parc.č. XXX/X -stavba na parc.č. XXX/X -stavba na parc.č. XXX/X -stavba na parc.č. XXX/XX -stavba na parc.č. XXX/XX -stavba na parc.č. XXX/XX -stavba na parc.č. XXX/XX -stavba na parc.č. XXX/XX -stavba na parc.č. XXX/XX -stavba na parc.č. XXX/XX -stavba na parc.č. XXXX/XX -stavba na parc.č. XXXX/XX d) katastrálne územie P., LV č. XX -stavba na parc.č. XXXX/X ovčín -stavba na parc.č. XXXX/X ovčín -stavba na parc.č. XXXX/X ovčín -stavba na parc.č. XXXX/X ovčín -stavba na parc.č. XXXX/XX sklad. V zmysle § 44 ods.1 písm. b/ zák. č. 328/91 Zb. o konkurze a vyrovnaní v platnom znení,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zrušil konkurz a správcu konkurznej podstaty zbavil funkcie.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https://www.kauzis.sk/judikatura/r/ECLI:SK:KSBA:2012:1002898307.1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