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4K/84/2002 z 2. 9. 2012</w:t>
      </w:r>
    </w:p>
    <w:p>
      <w:r>
        <w:t>Uznesenie Krajského súdu Bratislava z 2. septembra 2012, sp. zn. 4K/84/2002, ECLI:SK:KSBA:2012:1002898620.1</w:t>
      </w:r>
    </w:p>
    <w:p>
      <w:r>
        <w:t>Súd: Krajský súd Bratislava</w:t>
      </w:r>
    </w:p>
    <w:p>
      <w:r>
        <w:t>Spisová značka: 4K/84/2002</w:t>
      </w:r>
    </w:p>
    <w:p>
      <w:r>
        <w:t>ECLI: ECLI:SK:KSBA:2012:1002898620.1</w:t>
      </w:r>
    </w:p>
    <w:p>
      <w:r>
        <w:t>Dátum vydania: 2. 9.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4K/84/2002 Identifikačné číslo súdneho spisu: 1002898620 Dátum vydania rozhodnutia: 03. 09. 2012 Meno a priezvisko sudcu, VSÚ: JUDr. Lýdia Noskovičová ECLI: ECLI:SK:KSBA:2012:1002898620.1 Uznesenie Krajský súd v Bratislave v konkurznej veci úpadcu: VINOPRODUKT, a.s., Kubániho 2179/3, 960 01 Zvolen, IČO: 31 381 952, s ustanoveným správcom konkurznej podstaty JUDr. Alexandrom Florišom, advokátom, T. XX, XXX XX M., takto r o z h o d o l : Súd z r u š u j e konkurz na majetok úpadcu: VINOPRODUKT, a.s., Kubániho 2179/3, 960 01 Zvolen, IČO: 31 381 952, vyhlásený uznesením č. k. 4K 84/02-125 zo dňa 19.11.2003, po splnení rozvrhového uznesenia podľa § 44 ods. 1 písm. b) zák. č. 328/1991 Zb. o konkurze a vyrovnaní v znení neskorších predpisov. Súd z b a v u j e JUDr. Alexandra Floriša, advokáta, T. XX, M., funkcie správcu konkurznej podstaty. Súd z b a v u j e Ing. Miloša Krištofa a JUDr. Olivera Koreca, funkcie osobitných správcov konkurznej podstaty. o d ô v o d n e n i e : Uznesením tunajšieho súdu pod č. k. 4K 84/02-125 zo dňa 19.11.2003 bol vyhlásený konkurz na majetok dlžníka: VINOPRODUKT, a.s., Kubániho 2179/3, 960 01 Zvolen, IČO: 31 381 952 a za správcu konkurznej podstaty súd ustanovil JUDr. Mariána Mikáčiho, ktorý bol zbavený funkcie uznesením zo dňa 19.12.2005 a do funkcie správcu bol ustanovený JUDr. Alexander Floriš, advokát. Opatrením súdu č. k. 4K 84/2002-286 zo dňa 11.02.2004 súd ustanovil Ing. Miloša Krištofa do funkcie osobitného správcu pre odbor správy: speňažovanie konkurznej podstaty úpadcu a JUDr. Olivera Koreca do funkcie osobitného správcu pre odbor správy: odporovateľnosť právnych úkonov úpadcu uskutočnených pred vyhlásením konkurzu. Rozvrhovým uznesením vydaným pod č. k. 4K 84/2002-1679 dňa 15.05.2012, súd na návrh správcu konkurznej podstaty rozhodol o rozdelení finančných prostriedkov získaných speňažením konkurznej podstaty. Správca konkurznej podstaty predložil súdu dňa 12.07.2012 správu o realizácii rozvrhového uznesenia, návrh na zrušenie konkurzu a zbavenie JUDr. Alexandra Floriša funkcie správcu konkurznej podstaty a Ing. Miloša Krištofa a JUDr. Olivera Koreca, funkcie osobitných správcov. Správa obsahuje informáciu o vysporiadaní pohľadávok veriteľov v zmysle rozvrhového uznesenia, ktoré nadobudlo právoplatnosť dňa 19.06.2012, kópiu hromadného platobného príkazu o vykonaných úhradách veriteľom a doklad o zrušení bankového účtu úpadcu. Súdny poplatok za konkurzné konanie vo výške 1.991,64 Eur bol uhradený správcom konkurznej podstaty na účet Krajského súdu Bratislava dňa 30.04.2012. V zmysle § 44 ods. 1 písm. b) zák. č. 328/91 Zb. o konkurze a vyrovnaní v platnom znení, súd zruší konkurz, v ktorom nedošlo k potvrdeniu núteného vyrovnania, po splnení rozvrhového uznesenia a podľa ods. 4 citovaného ustanovenia, súd zbaví správcu funkcie. Keďže správca konkurznej podstaty preukázal splnenie rozvrhového uznesenia, súd v zmysle týchto ustanovení zrušil konkurz a správcu konkurznej podstaty zbavil funkcie. Správca konkurznej podstaty oznámi súdu, či ukončil účtovnú uzávierku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Podľa § 45 ods. 2 ZKV na základe zoznamu prihlášok možno po právoplatnosti uznesenia o zrušení konkurzu viesť pre zistenú pohľadávku výkon rozhodnutia alebo exekúciu na majetok úpadcu.</w:t>
      </w:r>
    </w:p>
    <w:p/>
    <w:p>
      <w:r>
        <w:t>Zdroj: KAUZIS.SK – https://www.kauzis.sk/judikatura/r/ECLI:SK:KSBA:2012:1002898620.1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