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37Cb/12/2002 z 17. 1. 2012</w:t>
      </w:r>
    </w:p>
    <w:p>
      <w:r>
        <w:t>Uznesenie Krajského súdu Bratislava z 17. januára 2012, sp. zn. 37Cb/12/2002, ECLI:SK:KSBA:2012:1002899386.13</w:t>
      </w:r>
    </w:p>
    <w:p>
      <w:r>
        <w:t>Súd: Krajský súd Bratislava</w:t>
      </w:r>
    </w:p>
    <w:p>
      <w:r>
        <w:t>Spisová značka: 37Cb/12/2002</w:t>
      </w:r>
    </w:p>
    <w:p>
      <w:r>
        <w:t>ECLI: ECLI:SK:KSBA:2012:1002899386.13</w:t>
      </w:r>
    </w:p>
    <w:p>
      <w:r>
        <w:t>Dátum vydania: 17. 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37Cb/12/2002 Identifikačné číslo súdneho spisu: 1002899386 Dátum vydania rozhodnutia: 18. 01. 2012 Meno a priezvisko sudcu, VSÚ: JUDr. Peter Pospech ECLI: ECLI:SK:KSBA:2012:1002899386.13 Uznesenie Krajský súd v Bratislave pred samosudcom JUDr. Petrom Pospechom v právnej veci navrhovateľa: Slovenské elektrárne, a.s., Mlynské Nivy 47, 821 09 Bratislava, IČO: 35 829 052, zapísaná v Obchodnom registri Okresného súdu Bratislava I, oddiel Sa, vložka 2904/B, právne zast. Mgr. Stanislavou Rožičovou, proti odporcovi: Ústav jaderného výskumu Řež, a.s., IČO: 46 356 088, 250 68 Husinec - Řež 130, Česká republika, právne zast. JUDr. Václavom Kyralom, právnikom spoločnosti, v spore o zaplatenie sumy 107.474,27,- Eur (3.237.800,-Sk) s príslušenstvom, o návrhu na schválenie zmieru, takto r o z h o d o l : Súd s ch v a ľ u j e zmier v nasledovnom znení: „Odporca sa zaväzuje zaplatiť navrhovateľovi sumu vo výške 6.431,88,- Eur na účet navrhovateľa Č.. XXXXXXX/XXXX, W. W. Y. V., a.s., v lehote 15 dní od právoplatnosti tohto uznesenia.“ o d ô v o d n e n i e : Návrhom, došlým tunajšiemu súdu dňa 12.03.2002, si navrhovateľ uplatnil právo na odstránenie vady a náhrady škody vzniknutej vadným plnením, podľa § 149 Hospodárskeho zákonníka, vo výške pôvodne v sume 3.237.800,- Sk, proti pôvodne označenému odporcovi Energoprojekt Praha, a.s., Bubenská l., 170 05 Praha, Česká republika. Pôvodný odporca bol vymazaný z OR a podľa výpisu z obchodného registra dňa 01.07.2004 sa premenoval na C-PLUS Praha a.s. Ešte pred výmazom odporcu došlo k predaju časti podniku a odporcom sa stal Ústav jaderného výskumu Řež, a.s., Praha. Dňa 30.11.2011 bol konajúcemu súdu písomne oznámený postup sporových strán pri ukončení sporu s tým, že sporové strany budú súd písomne informovať o výsledku rokovania a spoločnom postupe smerujúcom k ukončeniu sporu. Konajúcemu súdu bola dňa 22.12.2011 predložený spoločný návrh sporových strán na schválenie zmieru s tým, že sporové strany požiadali konajúci súd o schválenie zmieru podľa § 99 OSP tak, že odporca sa zaväzuje zaplatiť navrhovateľovi sumu vo výške 6.431,88,- Eur na účet navrhovateľa Č.. XXXXXXX/XXXX, W. W. Y. M. V. L..V.., v lehote 15 dní od právoplatnosti rozhodnutia. Podľa § 99 OSP, ak to povaha veci pripúšťa, môžu účastníci skončiť konanie súdnym zmierom. O zmier sa musí súd vždy pokúsiť. Ak to umožňujú okolnosti prejednávanej veci, môže súd pred prvým pojednávaním a počas konania účastníkov vyzvať, aby sa o zmier pokúsili mediaciou a zúčastnili sa na informatívnom stretnutí u mediatora, zapísaného v registri mediatorov. Podľa § 99 ods. 2 OSP súd rozhodne o tom, či zmier schváli. Neschváli ho ak je v rozpore s právnymi predpismi. V takom prípade súd po právoplatnosti uznesenia pokračuje v konaní. Po preskúmaní spoločného návrhu na schválenie zmieru konajúci súd zistil, že obsah zmieru nie je v rozpore s právnymi predpismi, a preto bol konajúcim súdom schválený, vrátane dojednania o nákladoch konania v znení tak, ako je uvedené vo výrokovej časti tohto uznesenia podľa § 99 a nasl. OSP. Na znak súhlasu zápisnicu o schválení zmieru podpísali obaja právni zástupcovia sporových strán. Poučenie: Proti tomuto uzneseniu nie je možné podať opravný prostriedok.</w:t>
      </w:r>
    </w:p>
    <w:p/>
    <w:p>
      <w:r>
        <w:t>Zdroj: KAUZIS.SK – https://www.kauzis.sk/judikatura/r/ECLI:SK:KSBA:2012:1002899386.13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