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6Cb/19/2003 z 14. 2. 2012</w:t>
      </w:r>
    </w:p>
    <w:p>
      <w:r>
        <w:t>Uznesenie Krajského súdu Bratislava z 14. februára 2012, sp. zn. 6Cb/19/2003, ECLI:SK:KSBA:2012:1003899347.3</w:t>
      </w:r>
    </w:p>
    <w:p>
      <w:r>
        <w:t>Súd: Krajský súd Bratislava</w:t>
      </w:r>
    </w:p>
    <w:p>
      <w:r>
        <w:t>Spisová značka: 6Cb/19/2003</w:t>
      </w:r>
    </w:p>
    <w:p>
      <w:r>
        <w:t>ECLI: ECLI:SK:KSBA:2012:1003899347.3</w:t>
      </w:r>
    </w:p>
    <w:p>
      <w:r>
        <w:t>Dátum vydania: 14. 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6Cb/19/2003 Identifikačné číslo súdneho spisu: 1003899347 Dátum vydania rozhodnutia: 15. 02. 2012 Meno a priezvisko sudcu, VSÚ: JUDr. Peter Pospech ECLI: ECLI:SK:KSBA:2012:1003899347.3 Uznesenie Krajský súd v Bratislave pred samosudcom JUDr. Petrom Pospechom, v právnej veci žalobcu: V. I., B. O. XXX/XX, XXXXX O., právne zast. JUDR. Marekom Bujdošom, advokátom, ul. Letná č. 1580/14, 091 01 Stropkov, proti žalovanému: SKP úpadcu 1. dôchodková a.s. JUDr. Peter Kubík, Vajnorská 8/A, 831 04 Bratislava, o zaplatenie istiny 2.652,51 Eur (80.000,- Sk), takto r o z h o d o l : Súd konanie z a s t a v u j e . Žiaden z účastníkov nemá právo na náhradu trov konania. Žalobkyni sa vracia zaplatený súdny poplatok v sume 126,15 Eur prostredníctvom Daňového úradu v Stropkove po právoplatnosti uznesenia. o d ô v o d n e n i e : Žalobným návrhom, došlým Okresnému súdu Bratislava I., dňa 08.11.2002 si žalobkyňa uplatnila nárok na zaplatenie sumy 80.000,- Sk na základe zmlúv o odkúpení akcií 1. garantovane a.s. č. D 963700 006 a č. D 963700 zo dňa 12.03.2001. Listom zo dňa 21.11.2002 Okresný súd Bratislava I. odstúpil predmetný spor z dôvodu vecnej nepríslušnosti Krajskému súdu v Bratislave na ďalšie konanie. Krajský súd v predmetnej veci vydal platobný rozkaz pod č.k. 49 Rob 225/02 zo dňa 18.03.2003, proti ktorému bol zo strany žalovaného podaný odpor. Uznesením Krajského súdu v Bratislave zo dňa 29.03.2005 pod č.k. 1K 136/04 bol na majetok žalovaného vyhlásený konkurz a SKP úpadcu žalovaného sa stala JUDr. Ingrid Gyökeresová, Hlavná 48, Dunajská Streda. Súd zistil, že pohľadávka žalobkyne veriteľa bola prihlásená a je evidovaná pod č. zv. 3849 vo výške 578.600,- Sk. Predmetná pohľadávka bola správcom konkurznej podstaty popretá. Lehota na podanie žaloby uplynula a žaloba ku dňu 05.02.2007 nebola podaná Uznesením Krajského súdu v Bratislave zo dňa 06.11.2006 sp. zn. 1K 136/04, ktoré nadobudlo právoplatnosť 02.12.2006, súd zbavil JUDr. Ingrid Gyökeresovú funkcie SKP a za správcu konkurznej podstaty ustanovil JUDr. Petra Kubíka, Vajnorská 8/A, Bratislava. Na písomnú výzvu súdu zo dňa 29.12.2001 zobrala žalobkyňa svoj návrh späť. Podľa § 96 ods. 1 O.s.p. navrhovateľ môže vziať za konania späť návrh na jeho začatie a to sčasti alebo celkom. Ak je návrh vzatý späť celkom, súd konanie zastaví. Ak je návrh vzatý späť sčasti, súd konanie v tejto časti zastaví. Podľa § 96 ods. 2 O.s.p súd konanie nezastaví, ak odporca so späťvzatím návrhu z vážnych dôvodov nesúhlasí. Súd písomne požiadal SKP úpadcu 1. dôchodkovej a.s., či súhlasí so späťvztaím návrhu. V písomnej odpovedi SKP úpadcu 1. dôchodkovej a.s. JUDr. Kubík oznámil konajúcemu súdu, že so späťvzatím súhlasí a navrhuje, aby súd predmetné konanie zastavil, podľa § 96 ods. 1 a 2 O.s.p. Výrok o trovách konania súd oprel o ustanovenie § 142 ods. 1 písm. c/ O.s.p. Žalobkyni sa vracia zaplatený súdny poplatok, krátený o 6,63 Eur, podľa § 11 ods. 3 a 4 zákona č. 71/92 Z.z. o súdnych poplatkoch v sume 126,15 Eur prostredníctvom úradu Stropkov po právoplatnosti tohto uznesenia. Poučenie: Proti tomuto uzneseniu je možné podať odvolanie do 15 dní od jeho doručenia na Krajskom súde v Bratislave, písomne, dvojmo.</w:t>
      </w:r>
    </w:p>
    <w:p/>
    <w:p>
      <w:r>
        <w:t>Zdroj: KAUZIS.SK – https://www.kauzis.sk/judikatura/r/ECLI:SK:KSBA:2012:1003899347.3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