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5Sd/32/2004 z 25. 4. 2012</w:t>
      </w:r>
    </w:p>
    <w:p>
      <w:r>
        <w:t>Uznesenie Krajského súdu Bratislava z 25. apríla 2012, sp. zn. 5Sd/32/2004, ECLI:SK:KSBA:2012:1004110130.7</w:t>
      </w:r>
    </w:p>
    <w:p>
      <w:r>
        <w:t>Súd: Krajský súd Bratislava</w:t>
      </w:r>
    </w:p>
    <w:p>
      <w:r>
        <w:t>Spisová značka: 5Sd/32/2004</w:t>
      </w:r>
    </w:p>
    <w:p>
      <w:r>
        <w:t>ECLI: ECLI:SK:KSBA:2012:1004110130.7</w:t>
      </w:r>
    </w:p>
    <w:p>
      <w:r>
        <w:t>Dátum vydania: 25.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5Sd/32/2004 Identifikačné číslo súdneho spisu: 1004110130 Dátum vydania rozhodnutia: 26. 04. 2012 Meno a priezvisko sudcu, VSÚ: JUDr. Milota Tóthová ECLI: ECLI:SK:KSBA:2012:1004110130.7 Uznesenie Krajský súd v Bratislave v právnej veci navrhovateľa F.. J.. V. K., E.., bytom B. XX, A., proti odporkyni Sociálnej poisťovni ústredie, Ul. 29. augusta č. 8, Bratislava, o nárok na pomerný starobný dôchodok, takto r o z h o d o l : Súd konanie z a s t a v u j e . Žiaden z účastníkov nemá právo na náhradu trov konania. o d ô v o d n e n i e : Navrhovateľ návrhom zo dňa 10.2.2004 žiadal preskúmať rozhodnutie odporkyne číslo XXX XXX XXXX zo dňa 15.1.2004, ktorým odporkyňa rozhodla o vzniku nároku navrhovateľa na pomerný starobný dôchodok od 15.12.2002 podľa § 26 zákona č. 100/1988 Zb., ktorý sa podľa § 55 cit. zákona nevypláca a dňom 15.12.2002 nárok naň zaniká. Návrhom zo dňa 20.4.2004 navrhovateľ žiadal preskúmať zmenové rozhodnutie číslo XXX XXX XXXX zo dňa 30.3.2004, ktorým odporkyňa rozhodla o vzniku nároku navrhovateľa na pomerný starobný dôchodok od 15.12.2003 podľa § 26a zákona č. 100/1988 Zb., ktorý sa podľa § 55 cit. zákona nevypláca a dňom 15.12.2003 nárok naň zaniká. Návrhom zo dňa 20.2.2006 a zo dňa 15.12.2006 navrhovateľ žiadal preskúmať rozhodnutia odporkyne vydané pod číslom XXX XXX XXXX č. 1 - 5 zo dňa 2.2.2006, ktorými odporkyňa podľa § 26a zákona č. 100/1988 Zb. o sociálnom zabezpečení v znení neskorších predpisov a podľa § 259 ods. 1 zákona č. 461/2003 Z.z. o sociálnom poistení priznala navrhovateľovi od 15.12.2002 pomerný starobný dôchodok a následne zvýšila pomerný dôchodok podľa právnych predpisov o zvyšovaní dôchodkov a zrušila rozhodnutia odporkyne číslo XXX XXX XXXX zo dňa 15.1.2004 a 30.3.2004 o zániku nároku na pomerný starobný dôchodok od 15.12.2002 a od 15.12.2003. Návrhom zo dňa 17.6.2008 navrhovateľ žiadal preskúmať rozhodnutia odporkyne číslo XXX XXX XXXX zo dňa 20.5.2008, ktorým odporkyňa priznala podľa § 26a zákona č. 100/1988 Zb. o sociálnom zabezpečení v znení neskorších predpisov a podľa § 259 ods. 1 zákona č. 461/2003 Z.z. o sociálnom poistení v znení zákona č. 721/2004 Z.z. pomerný starobný dôchodok od 31.12.2002. Návrhom zo dňa 27.5.2009 navrhovateľ žiadal preskúmať rozhodnutie odporkyne číslo XXX XXX XXXX X zo dňa 20.5.2009 o zvýšení starobného dôchodku od 4. júla 2005 podľa § 82 a § 293az zákona č. 461/2003 Z.z. o sociálnom poistení v znení zákona č. 449/2008 Z.z. Odporkyňa dňa 12.9.2011 vydala rozhodnutie číslo XXX XXX XXXX X, ktorým zrušila nasledovné napadnuté rozhodnutia: rozhodnutie zo dňa 18. septembra 2006 o zamietnutí žiadosti o starobný dôchodok podľa § 273 ods. 5 zákona č. 461/2003 Z.z. o sociálnom poistení v znení zákona č. 721/2004 Z.z.; rozhodnutie z 25. januára 2007 o zvýšení starobného dôchodku podľa § 293k zákona č. 461/2003 Z.z. o sociálnom poistení v znení zákona č. 310/2006 Z.z. od 4. augusta 2006; rozhodnutie z 20. mája 2008 o zvýšení starobného dôchodku od 4. augusta 2006, ktorým sa mení rozhodnutie z 25. januára 2007; rozhodnutie zo dňa 20. mája 2008 o priznaní pomerného starobného dôchodku od 31. decembra 2002; rozhodnutie z 20. mája 2008 o zvýšení dôchodku za mesiac júl 2003; rozhodnutie z 20. mája 2008 o zvýšení dôchodku od 1. februára 2004; rozhodnutie z 20. mája 2008 o zvýšení dôchodku od 1. decembra 2004; rozhodnutie z 20. mája 2008 o zvýšení dôchodku od 4. júla 2005; rozhodnutie z 20. mája 2008 o zvýšení dôchodku od 1. júla 2006; rozhodnutie z 20. mája 2008 o zamietnutí žiadosti o zvýšenie starobného dôchodku za dobu zamestnania od 31. decembra 2002 do 31. decembra 2003; rozhodnutie z 20. mája 2008 o zvýšení starobného dôchodku od 1. júla 2004 a rozhodnutie z 25. júna 2008 o zvýšení dôchodku od 1. júla 2008 s odôvodnením, že uvedené rozhodnutia sú zrušené z dôvodu priznania pomerného starobného dôchodku od 1. januára 2003. Odporkyňa zároveň ďalším rozhodnutím číslo XXX XXX XXXX X zo dňa 12.9.2011 priznala navrhovateľovi od 1. januára 2003 pomerný starobný dôchodok v sume X XXX,- Sk mesačne, pričom jednotlivé sumy dôchodku boli postupne zvyšované podľa zákonných úprav o zvyšovaní dôchodku, čím navrhovateľovi celkom vyhovela, čo navrhovateľ vo svojom podaní došlým súdu dňa 23.2.2012 nespochybnil.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https://www.kauzis.sk/judikatura/r/ECLI:SK:KSBA:2012:1004110130.7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