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1Cb/27/2004 z 21. 11. 2012</w:t>
      </w:r>
    </w:p>
    <w:p>
      <w:r>
        <w:t>Rozsudok Krajského súdu Bratislava z 21. novembra 2012, sp. zn. 1Cb/27/2004, ECLI:SK:KSBA:2012:1004110632.2</w:t>
      </w:r>
    </w:p>
    <w:p>
      <w:r>
        <w:t>Súd: Krajský súd Bratislava</w:t>
      </w:r>
    </w:p>
    <w:p>
      <w:r>
        <w:t>Spisová značka: 1Cb/27/2004</w:t>
      </w:r>
    </w:p>
    <w:p>
      <w:r>
        <w:t>ECLI: ECLI:SK:KSBA:2012:1004110632.2</w:t>
      </w:r>
    </w:p>
    <w:p>
      <w:r>
        <w:t>Dátum vydania: 21. 11. 2012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1Cb/27/2004 Identifikačné číslo súdneho spisu: 1004110632 Dátum vydania rozhodnutia: 22. 11. 2012 Meno a priezvisko sudcu, VSÚ: JUDr. Peter Pospech ECLI: ECLI:SK:KSBA:2012:1004110632.2 ROZSUDOK V MENE SLOVENSKEJ REPUBLIKY Krajský súd v Bratislave pred samosudcom JUDr. Petrom Pospechom, v právnej veci žalobcu : W. Ň., nar. 7.X.XXXX, bytom B. XX, V., proti žalovanému 1. dôchodková, a.s., Nám. 1. Mája 14, 811 06 Bratislava, IČO: 31 400 469, o zaplatenie sumy 7.455,- Sk istiny s príslušenstvom, takto r o z h o d o l : Žalovaný je povinný zaplatiť žalobcovi sumu 247,46 Eur (7.455,- Sk) so 17,6 % úrokom z omeškania, od 1.7.2003 do zaplatenia a trovy konania, v zaplatenom súdnom poplatku v sume 16,59 Eur (500,- Sk), a to do 3 dní od právoplatnosti rozhodnutia o d ô v o d n e n i e : Žalobným návrhom, došlým pôvodne konajúcemu Okresnému súdu v Prešove dňa 5.11.2003, si žalobca uplatnil právo na zaplatenie sumy 7.455,- Sk s príslušenstvom - so 17,6 % úrokom z omeškania od 1.7.2003 do zaplatenia, na základe zmluvy o odkúpení akcií č. 990800020, od ktorej žalobca odstúpil oznámením zo dňa 26.4.2002 a podľa ktorej mal žalovaný zaplatiť žalobcovi sumu 10.651,- Sk. Dňa 6.8.2002 uzavrel so žalovaným dohodu, podľa ktorej mal žalovaný 30% z dlžnej sumy uhradiť žalobcovi do 10 pracovných dní, od podpisu tejto dohody. Žalovaný z tejto dlžnej sumy uhradil len 3.196,- Sk a úhradu doplatku v sume 7.455,- Sk, ktorú mal uhradiť do 30.6.2003, neuhradil ani po výzve žalobcu. Vzhľadom k nezaplateniu zostatku dlžnej sumy v lehote splatnosti, súčasťou nároku bol aj úrok z omeškania, vo výške 17,6 % zo zostatku dlžnej sumy až do jej zaplatenia. Pôvodne konajúci Okresný súd v Prešove vydal v predmetnej veci platobný rozkaz pod sp. zn. 11 Ro/134/2003, proti ktorému podal žalovaný odpor, v ktorom namietal vecnú a miestnu nepríslušnosť konajúceho súdu a žiadal zrušiť vydaný platobný rozkaz a žalobný návrh zamietnuť ako nedôvodný. Vzhľadom na nepríslušnosť konajúceho súdu, Okresný súd v Prešove listom zo dňa 10.2.2004, predmetný spisový materiál odstúpil na ďalšie konanie Krajskému súdu v Bratislave. Krajský súd v Bratislave zistil, že predmetom sporu je zaplatenie zostatku dlžnej sumy 7.455,- Sk (247,46 Eur) na základe zmluvy o odkúpení akcií č. 090800020, od ktorej žalobca odstúpil oznámením zo dňa 26.4.2002 a podľa ktorej mal žalovaný zaplatiť žalobcovi sumu 10.651,- Sk. Dňa 6.8.2002 uzavrel žalobca so žalovaným dohodu, podľa ktorej mal žalobcovi uhradiť 30% z dlžnej sumy v lehote 10 dní . Žalovaný uhradil z dlžnej sumy len 3.196,- Sk a preto ho žalobca vyzval k zaplateniu zostávajúcej časti dlžnej sumy 7.455,- Sk od 1.7.2003. Vzhľadom k nezaplateniu dlžnej sumy v lehote splatnosti, súčasťou nároku žalobcu bol aj úrok z omeškania, z dlžnej sumy vo výške 17,6% od 1.7.2003 do zaplatenia, podľa § 369 a § 502 Obchodného zákonníka. Proti vydanému platobnému rozkazu podal žalovaný odpor, v ktorom namietal nepríslušnosť pôvodne konajúceho Okresného súdu v Prešove. Konajúcemu súdu bolo oznámené, že na majetok žalovaného bol vyhlásený konkurz a z konkurzného spisu bolo zistené, že predmetná pohľadávka žalobcu nebola do konkurzného konania prihlásená. Uznesením Krajského súdu v Bratislave pod sp. zn. 1K/136/2004 zo dňa 15.5.2012, ktoré nadobudlo právoplatnosť dňa 19.6.2012, bolo oznámené, že konkurz na žalovaného bol zrušený z dôvodu, že nie sú predpoklady pre konkurz a súčasne bol správca konkurznej podstaty žalovaného, JUDr. Peter Kubík, advokát, zbavený funkcie správcu konkurznej podstaty žalovaného. Žalobca sa pojednávania nezúčastnil, doručenie predvolania však vykázal. U žalovaného došlo k doručeniu predvolania v súlade s ustanovením § 48 ods. 2 OSP, nakoľko žalovaný svoje sídlo nezmenil a iná adresa nebola súdu známa. Po prijatí procesného uznesenia podľa § 101 ods. 2 OSP, súd v spore konal a rozhodol podľa stavu, aký bol v čase rozhodnutia podľa § 101 ods. 2 a § 154 OSP. Vzhľadom k nezaplateniu dlžnej čiastky žalovaným, zaviazal žalovaného k zaplateniu zostatku dlžnej sumy 247,46 Eur (7.455,- Sk). Vzhľadom k nezaplateniu dlžnej sumy v lehote splatnosti, priznal žalobcovi úrok z omeškania vo výške 17,6 % zo zostatku dlžnej sumy od 1.7.2003 do zaplatenia, podľa § 369 a § 502 Obchodného zákonníka. Výrok o trovách konania konajúci súd oprel o úspešnosť žalobcu v spore, ktorému priznal trovy konania v zaplatenom súdnom poplatku 16,59 Eur (500,- Sk), podľa § 142 ods. 1 OSP. Poučenie: Proti tomuto rozhodnutiu možno podať odvolanie do 15 dní od jeho doručenia na Krajskom súde v Bratislave, písomne, dvojmo. V odvolaní sa má uviesť okrem všeobecných náležitostí (§ 42 ods.3 OSP), proti ktorému rozhodnutiu odvolanie smeruje, v akom rozsahu ho odvolávateľ napáda, v čom vidí odvolávateľ nesprávnosť postupu a rozhodnutia súdu.</w:t>
      </w:r>
    </w:p>
    <w:p/>
    <w:p>
      <w:r>
        <w:t>Zdroj: KAUZIS.SK – https://www.kauzis.sk/judikatura/r/ECLI:SK:KSBA:2012:1004110632.2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