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1Cb/40/2004 z 21. 11. 2012</w:t>
      </w:r>
    </w:p>
    <w:p>
      <w:r>
        <w:t>Uznesenie Krajského súdu Bratislava z 21. novembra 2012, sp. zn. 1Cb/40/2004, ECLI:SK:KSBA:2012:1004111073.2</w:t>
      </w:r>
    </w:p>
    <w:p>
      <w:r>
        <w:t>Súd: Krajský súd Bratislava</w:t>
      </w:r>
    </w:p>
    <w:p>
      <w:r>
        <w:t>Spisová značka: 1Cb/40/2004</w:t>
      </w:r>
    </w:p>
    <w:p>
      <w:r>
        <w:t>ECLI: ECLI:SK:KSBA:2012:1004111073.2</w:t>
      </w:r>
    </w:p>
    <w:p>
      <w:r>
        <w:t>Dátum vydania: 21.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1Cb/40/2004 Identifikačné číslo súdneho spisu: 1004111073 Dátum vydania rozhodnutia: 22. 11. 2012 Meno a priezvisko sudcu, VSÚ: JUDr. Peter Pospech ECLI: ECLI:SK:KSBA:2012:1004111073.2 Uznesenie Krajský súd v Bratislave pred samosudcom JUDr. Petrom Pospechom, v právnej veci žalobcu Ľ. Q., r.č. XXXXXX/XXX, bytom Q. R. XXX/XX, XXX XX V., proti žalovanému 1. dôchodková, a.s., Nám. 1 Mája 14, 811 06 Bratislava, IČO: 31 400 469, v spore o určenie neplatnosti Dodatku č. 1 zo dňa 17.4.2002 k zmluve č. 754300 006 zo dňa 13.7.2000 a č. 149300 018 zo dňa 8.8.2000 takto r o z h o d o l : Súd konanie z a s t a v u j e. Súd vracia právnej zástupkyni žalobcu súdny poplatok, krátený o 6,63 Eur, v sume 192,53 Eur, ktorý bude vrátený prostredníctvom Daňového úradu, pobočka v Partizánskom, po právoplatnosti tohto uznesenia. o d ô v o d n e n i e : Pôvodne označený žalobca Ľ. Q., žalobným návrhom došlým Okresnému súdu Bratislava I dňa 26.9.2003, požiadal konajúci súd o určenie neplatnosti dodatku č. 1 zo dňa 17.4.2002 k zmluve č. 754300 006 zo dňa 13.7.2000 a č. 149300 018 zo dňa 8.8.2000 podľa § 80 písm. c/ OSP. Okresný súd Bratislava I listom zo dňa 20.2.2004 odstúpil predmetný spor Krajskému súdu v Bratislave, ako súdu vecne a miestne príslušnému, podľa ust. § 9 ods. 3 písm. g/ OSP. Z písomného podania zákonnej dedičky, Zlatice Michníkovej, bytom Malá Okružná 927/52, Partizánske, došlého konajúcemu súdu dňa 23.10.2012 konajúci súd zistil, že pôvodne označený žalobca zomrel a jeho dcéra, ako právna nástupkyňa pôvodne označeného žalobcu, pred prvým pojednávaním v predmetnej veci zobrala žalobný návrh v celom rozsahu späť. Podľa § 96 ods. 1 OSP navrhovateľ môže vziať za konania návrh späť na jeho začatie a to z časti, alebo celkom. Ak je návrh vzatý späť celkom, súd konanie zastaví. Ak je návrh vzatý späť z časti, súd konanie v tejto časti zastaví. Vzhľadom k späťvzatiu žalobného návrhu pred prvým pojednávaním v predmetnej veci právnou zástupkyňou pôvodného žalobcu, ktorý zomrel, súd konanie zastavil podľa § 96 ods. 1 OSP. Súčasne rozhodol o vrátení súdneho poplatku, ktorý bol krátený o sumu 6,63 Eur v sume 192,53 Eur a ktorý bude vrátený prostredníctvom Daňového úradu v Partizánskom, po právoplatnosti uznesenia, podľa príslušných ust. zákona č. 71/1992 Zb.o súdnych poplatkoch, v znení neskorších predpisov. Poučenie: Proti tomuto uzneseniu je možné podať odvolanie v lehote 15 dní od jeho doručenia, na Krajskom súde v Bratislave, písomne, dvojmo.</w:t>
      </w:r>
    </w:p>
    <w:p/>
    <w:p>
      <w:r>
        <w:t>Zdroj: KAUZIS.SK – https://www.kauzis.sk/judikatura/r/ECLI:SK:KSBA:2012:1004111073.2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