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14Cbi/22/2004 z 30. 5. 2012</w:t>
      </w:r>
    </w:p>
    <w:p>
      <w:r>
        <w:t>Uznesenie Krajského súdu Bratislava z 30. mája 2012, sp. zn. 14Cbi/22/2004, ECLI:SK:KSBA:2012:1004111878.5</w:t>
      </w:r>
    </w:p>
    <w:p>
      <w:r>
        <w:t>Súd: Krajský súd Bratislava</w:t>
      </w:r>
    </w:p>
    <w:p>
      <w:r>
        <w:t>Spisová značka: 14Cbi/22/2004</w:t>
      </w:r>
    </w:p>
    <w:p>
      <w:r>
        <w:t>ECLI: ECLI:SK:KSBA:2012:1004111878.5</w:t>
      </w:r>
    </w:p>
    <w:p>
      <w:r>
        <w:t>Dátum vydania: 30. 5.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14Cbi/22/2004 Identifikačné číslo súdneho spisu: 1004111878 Dátum vydania rozhodnutia: 31. 05. 2012 Meno a priezvisko sudcu, VSÚ: JUDr. Ľubica Krišková ECLI: ECLI:SK:KSBA:2012:1004111878.5 Uznesenie Krajský súd v Bratislave v právnej veci navrhovateľa: Úrad práce, sociálnych vecí a rodiny v Trnave, J. Bottu 4, 917 01 Trnava, právne zastúpený: JUDr. Darina Kurňavová, advokátka, Kapitulská 5, 917 01 Trnava, proti odporcovi: JUDr. Zdenka Benčíková, Palackého 12, P.O. BOX 69, Bratislava, správca konkurznej podstaty úpadcu E. L., GLOBUS, Jurkovičova 2489, 955 01 Topoľčany, IČO: 30 886 945, o určenie pravosti a výšky prihlásenej pohľadávky, takto r o z h o d o l : Súd konanie z a s t a v u j e . Žiaden z účastníkov konania nemá právo na náhradu trov konania. o d ô v o d n e n i e : Navrhovateľ sa domáhal žalobou doručenou na Krajský súd v Bratislave dňa 30.03.2004, aby súd určil, že odporca je v konkurznej veci 2 K 40/02 konanej na Krajskom súde v Bratislave povinný pravosť a výšku prihláseného nároku navrhovateľa v celosti uznať, a to na základe toho, že navrhovateľ v konkurznej veci 2K 40/02 veriteľa Úrad práce, sociálnych vecí a rodiny v Trnave, J. Bottu 4, Trnava proti úpadcovi E. L., Glóbus, Topoľčany, prihláškou podanou dňa 12.02.2004 prihlásil pohľadávku od 15.10.1996 do 28.02.1998 a zo sumy 917.220,- Sk od 29.02.1998 do zaplatenia a náhradu trov konania 42.908,- Sk, všetko na podklade Okresného súdu v Piešťanoch, č. k. 5C 92/99 zo dňa 21.03.2001, do konkurzného konania proti úpadcovi E. L. - Glóbus, Topoľčany. Odporca predmetnú prihlásenú pohľadávku poprel v celej výške. Vzhľadom na vyššie uvedené, nakoľko má navrhovateľ na veci naliehavý právny záujem na zaplatení pohľadávky, požiadal, aby súd rozhodol v jeho prospech a zaviazal odporcu predmetnú pohľadávku uznať v celom rozsahu. Krajský súd v Bratislave uznesením zo dňa 09.02.2012, právoplatným dňa 19.03.2012, č. k. 2K 40/2002 - 400 rozhodol o zrušení konkurzu na majetok úpadcu: E. L. GLOBUS, Jurkovičova 2489, 955 01 Topoľčany, IČO: 30 886 945 a zároveň zbavil JUDr. Zdenku L., advokátku, funkcie správcu konkurznej podtstaty. Podľa ustanovenia § 103 O. s . p. kedykoľvek za konania prihliada súd na to, či sú splnené podmienky, za ktorých môže konať vo veci (podmienky konania). Podľa ustanovenia § 107 ods. 2 O. s. p., ak účastník stratí spôsobilosť byť účastníkom konania skôr, ako sa konanie právoplatne skončilo, súd posúdi podľa povahy veci, či má konanie zastaviť alebo prerušiť alebo či môže v ňom pokračovať. Kde niet právneho nástupcu, nemôže súd v konaní pokračovať, pretože v spojitosti s nedostatkom spôsobilosti byť účastníkom konania ide o neodstrániteľnú vadu konania, vedúcu obligatórne k zastaveniu konania. Uvedené vyplýva z ustanovenia § 104 ods. 1 O. s. p., ktoré hovorí, že ak ide o taký nedostatok podmienky konania, ktorý nemožno odstrániť, súd konanie zastaví. V uvedenej právnej veci vedenej na tunajšom súde pod sp. zn. 14 Cbi 22/2004 došlo k zásadnej zmene, keďže odporca bol zbavený funkcie správcu konkurznej podstaty, čím stratil spôsobilosť byť účastníkom konania, t. j. procesnú subjektivitu. Zároveň došlo k zrušeniu konkurzu, č. k. 2K 40/2002 - 400 na majetok úpadcu: E. L. GLOBUS, a to z dôvodu, že majetok úpadcu nepostačuje na úhradu výdavkov a odmenu správcu, pričom samotná existencia konkurzu, jeho konanie je podmienkou na podanie incidenčnej žaloby. Z vyššie uvedených dôvodov, nakoľko navrhovateľ stratil spôsobilosť byť účastníkom konania a zároveň zanikol dôvod existencie incidenčnej žaloby v predmetnom konaní, súd rozhodol tak, ako je uvedené vo výrokovej časti tohto uznesenia. O trovách konania bolo rozhodnuté podľa § 146 ods. 1 písm. c/ O. s. p. Poučenie: Proti uzneseniu je prípustné odvolanie do 15 dní od jeho doručenia prostredníctvom Krajského súdu v Bratislave.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https://www.kauzis.sk/judikatura/r/ECLI:SK:KSBA:2012:1004111878.5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