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2Cb/8/2005 z 28. 11. 2012</w:t>
      </w:r>
    </w:p>
    <w:p>
      <w:r>
        <w:t>Rozsudok Krajského súdu Bratislava z 28. novembra 2012, sp. zn. 2Cb/8/2005, ECLI:SK:KSBA:2012:1004112408.3</w:t>
      </w:r>
    </w:p>
    <w:p>
      <w:r>
        <w:t>Súd: Krajský súd Bratislava</w:t>
      </w:r>
    </w:p>
    <w:p>
      <w:r>
        <w:t>Spisová značka: 2Cb/8/2005</w:t>
      </w:r>
    </w:p>
    <w:p>
      <w:r>
        <w:t>ECLI: ECLI:SK:KSBA:2012:1004112408.3</w:t>
      </w:r>
    </w:p>
    <w:p>
      <w:r>
        <w:t>Dátum vydania: 28. 11.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2Cb/8/2005 Identifikačné číslo súdneho spisu: 1004112408 Dátum vydania rozhodnutia: 29. 11. 2012 Meno a priezvisko sudcu, VSÚ: JUDr. Peter Pospech ECLI: ECLI:SK:KSBA:2012:1004112408.3 ROZSUDOK V MENE SLOVENSKEJ REPUBLIKY Krajský súd v Bratislave pred samosudcom JUDr. Petrom Pospechom, v právnej veci žalobkyne: G. C., nar. XX.X.XXXX, C. X, C. C., v zast. JUDr. Dagmar Šamudovskej, advokátky, Kynceľova 18, 974 01 Banská Bystrica, proti žalovanému: 1. dôchodková, a.s., Nám. 1. mája č. 14, 811 06 Bratislava, IČO: 31 400 469, v spore o zaplatenie sumy 284.000,- Sk (9.427,07 Eur) istiny s príslušenstvom r o z h o d o l : Žalovaný je povinný zaplatiť žalobkyni sumu 9.427,07 Eur (284.000,- Sk) s 13% úrokom z omeškania, od 1.1.2003 do zaplatenia a trovy konania právnej zástupkyne v sume 506,27 Eur a súdny poplatok v sume 471,35 Eur a to do 3 dní od právoplatnosti rozhodnutia. o d ô v o d n e n i e : Žalobným návrhom došlým Krajskému súdu v Bratislave dňa 6.4.2004, si žalobkyňa prostredníctvom svojej právnej zástupkyne uplatnila voči žalovanému nárok na zaplatenie sumy 284.000,- Sk, t.j. 9.427,07 Eur, na základe zmluvy č. 399900 024o odkúpení akcií 1. garantovanej, a.s. a následne dňa 1.1.2002 uzavrela žalobkyňa so žalovaným Dodatok č. 1 k uvedenej zmluve č. 399900 024 . Predmet zmluvy bol upravený v čl. II. zmluvy, z ktorého vyplýva, že hodnota predmetných akcií je 284.000,- Sk a vzhľadom k tejto skutočnosti bol žalovaný povinný odkúpiť akcie v hodnote 284.000,- Sk. Žalovaný si svoj záväzok nesplnil a v lehote splatnosti dlžnú sumu neuhradil. Vzhľadom k nezaplateniu dlžnej sumy v lehote splatnosti, súčasťou nároku bol aj úrok z omeškania vo výške 13% dlžnej sumy od 1.1.2003 do zaplatenia. Súčasne žalobkyňa požiadala o odpustenie od zaplatenia súdneho poplatku, o čom predložila dôkaz podľa § 138 OSP. Uznesením konajúceho súdu pod č.k. 14Rob/142/2004 súd nepriznal žalobkyni oslobodenie od zaplatenia súdneho poplatku. Proti tomuto uzneseniu bolo zo strany žalobkyne podané odvolanie a odvolací súd uznesenie Krajského súdu v Bratislave o nepriznaní oslobodenia od zaplatenia súdneho poplatku potvrdil uznesením pod č. k. 2 Obo/203/2004. V predmetnej veci bol vydaný platobný rozkaz pod č.k. 14 Rob/142/2004 zo dňa 31.1.2005, proti ktorému bol podaný odpor, v ktorom žalovaný žiadal vydaný platobný rozkaz zrušiť a žalobný návrh zamietnuť ako nedôvodný. Konajúci súd svojim uznesením pod č.k. 2Cb/8/2005 zo dňa 10.5.2005 č.k. konanie prerušil podľa § 14 ods. 1 OSP s tým, že na majetok žalovaného bol vyhlásený konkurz. Súčasne preveril, či si žalobkyňa neuplatnila svoj nárok v konkurznom konaní a zistil, že žalobkyňa neuplatnila svoj nárok v konkurznom konaní a že podala incidenčnú žalobu pod sp. zn. 9Cbi 103/2006. Pohľadávka bola správcom konkurznej podstaty popretá. Konajúci súd zistil, že uznesením Krajského súdu v Bratislave bol zrušený konkurz na majetok žalovaného z dôvodu, že nie sú predpoklady pre konkurz a súčasne zbavil JUDr. Petra Kubíka funkcie správcu konkurznej podstaty. Právna zástupkyňa žalobkyne sa pojednávania nezúčastnila, doručenie predvolania však vykázala dňom 17.10.2012, k doručeniu predvolania u žalovaného došlo postupom podľa § 48 ods. 2 OSP, nakoľko žalovaný nemenil sídlo, ktoré má zapísané v obchodnom registri. Po prijatí procesného uznesenia podľa § 101 ods. 2 OSP, súd konal a rozhodol podľa stavu aký bol v čase vydania rozhodnutia podľa § 101 ods. 2 a § 154 OSP. Po vykonanom dokazovaní dospel k záveru že nárok žalobkyne je oprávnený v uplatnenej sume 284.000,- Sk (9.427,07 Eur) podľa § 261 ods. 3 Obchodného zákonníka a preto zaviazal žalovaného k úhrade tejto sumy. Vzhľadom k nezaplateniu dlžnej sumy v lehote splatnosti, konajúci súd priznal žalobkyni úrok z omeškania z dlžnej sumy vo výške 13% od 1.1.2003 do zaplatenia podľa § 369 a 502 Obchodného zákonníka. Výrok o trovách konania konajúci súd oprel o úspešnosť žalobkyne v spore podľa § 142 ods. 1 OSP a priznal jej trovy konania a právneho zastúpenia v sume 506,27 Eur a súdny poplatok v sume 471,35 Eur, ktoré je povinný zaplatiť žalovaný k rukám právnej zástupkyne do 3 dní od právoplatnosti rozhodnutia. Poučenie: Proti tomuto rozhodnutiu možno podať odvolanie do 15 dní od jeho doručenia na Krajskom súde v Bratislave, písomne, dvojmo. V odvolaní sa má uviesť okrem všeobecných náležitostí (§ 42 ods. 3 OSP), proti ktorému rozhodnutiu odvolanie smeruje, v akom rozsahu ho odvolávateľ napáda a v čom vidí odvolávateľ nesprávnosť postupu a rozhodnutia súdu.</w:t>
      </w:r>
    </w:p>
    <w:p/>
    <w:p>
      <w:r>
        <w:t>Zdroj: KAUZIS.SK – https://www.kauzis.sk/judikatura/r/ECLI:SK:KSBA:2012:1004112408.3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