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3Cbm/39/2004 z 30. 12. 2012</w:t>
      </w:r>
    </w:p>
    <w:p>
      <w:r>
        <w:t>Uznesenie Krajského súdu Bratislava z 30. decembra 2012, sp. zn. 3Cbm/39/2004, ECLI:SK:KSBA:2012:1004115182.17</w:t>
      </w:r>
    </w:p>
    <w:p>
      <w:r>
        <w:t>Súd: Krajský súd Bratislava</w:t>
      </w:r>
    </w:p>
    <w:p>
      <w:r>
        <w:t>Spisová značka: 3Cbm/39/2004</w:t>
      </w:r>
    </w:p>
    <w:p>
      <w:r>
        <w:t>ECLI: ECLI:SK:KSBA:2012:1004115182.17</w:t>
      </w:r>
    </w:p>
    <w:p>
      <w:r>
        <w:t>Dátum vydania: 30.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3Cbm/39/2004 Identifikačné číslo súdneho spisu: 1004115182 Dátum vydania rozhodnutia: 31. 12. 2012 Meno a priezvisko sudcu, VSÚ: JUDr. Peter Pospech ECLI: ECLI:SK:KSBA:2012:1004115182.17 Uznesenie Krajský súd v Bratislave v konaní pred samosudcom JUDr. Petrom Pospechom, v právnej veci žalobcu: Slovenský filmový ústav, príspevková organizácia, zriadená Ministerstvom kultúry Slovenskej republiky, Grösslingová 32, 811 09 Bratislava, IČO: 00 891 444, zast.: JUDr. Milanom Švecom, advokátom, Vajnorská 98/D, 831 04 Bratislava, proti žalovanému: JAKUBISKO FILM, s.r.o., Nad údolím 113/72, 147 00 Praha 4, Česká republika, IČO: 47 528 819, zast.: Mgr. Máriou Karcolovou, advokátkou, Panenská 13, 811 03 Bratislava, o zaplatenie 12.002,26,-EUR (361.580,-Sk) s príslušenstvom, v časti trov konania, takto r o z h o d o l : Žalobca je povinný zaplatiť žalovanému trovy konania v celkovej výške 5.856,49 Eur, a to na účet právnej zástupkyne žalovaného, Mgr. Márie Karcolovej, číslo XXX XXX XXXX/XXXX, vedený vo K., W..S.. I., a to do 3 dní od právoplatnosti rozhodnutia. o d ô v o d n e n i e : Krajský súd v Bratislave rozsudkom č.k. 3Cbm/39/2004-308 zo dňa 13.7.2011 žalobu žalobcu zamietol a žalobcovi uložil povinnosť zaplatiť žalovanému trovy konania v celkovej sume 5.149,30 Eur. Po odvolaní žalobcu Najvyšší súd SR rozsudkom pod sp.zn. 4Obo/78/2011 zo dňa 26.09.2012 rozsudok Krajského súdu v Bratislave, č.k. 3Cbm/39/2004-308 zo dňa 13.07.2011 vo veci samej potvrdil a vo výroku o trovách konania napadnutý rozsudok zrušil a vec mu vrátil na nové konanie. V odôvodnení uviedol, že napadnuté rozhodnutie v časti trov konania neobsahuje odôvodnenie, a preto je nepreskúmateľné. Dňa 27.11.2012 bolo konajúcemu súdu predložená špecifikácia trov konania uplatňovaných zo strany žalovaného v konaní o zaplatenie 361.580,- Sk/12.002,26 Eur. V zmysle vyhlášky MS SR č. 163/2002 Z.z. a vyhlášky MS SR č. 655/2004 Z.z. si vo vzťahu k časti predmetného konania do odvolania žalobcu dňa 10.08.2011 uplatňuje žalovaný trovy právneho zastúpenia v celkovej výške 4.429,32 Eur s DPH, a to za úkony poskytované žalovanému v rokoch 2004, 2005, 2007, 2008 a 2011 podľa prílohy „Špecifikácia trov právneho zastúpenia žalovaného“. Taktiež si žalovaný uplatňuje náhradu súdneho poplatku, ktorý bol zaplatený za podané odvolanie vo výške 719,98 Eur (21.690,- Sk). V zmysle vyhlášky MS SR č. 655/2004 Z.z. si vo vzťahu k časti predmetného konania, po odvolaní žalobcu dňa 10.08.2011 uplatňuje žalovaný trovy právneho zastúpenia žalovaného v celkovej výške 353,46 Eur s DPH, a to za 1 úkon právnej služby poskytnutý žalovanému v roku 2011 v zmysle prílohy „Špecifikácia trov právneho zastúpenia žalovaného“. V zmysle vyhlášky MS SR č. 655/2004 Z.z. si vo vzťahu zostávajúcej časti predmetného konania uplatňuje žalovaný trovy právneho zastúpenia v celkovej výške 353,73 Eur s DPH, a to za jeden úkon právnej služby. Vzhľadom na úspešnosť žalovaného v predmetnom konaní konajúci súd v súlade s ust. § 142 ods. 1 O.s.p. priznal žalovanému trovy konania celkom v sume 5.856,49 Eur, a to na účet právnej zástupkyne žalovaného Mgr. Márie Karcolovej, č.ú. XXX XXX XXXX/XXXX, vedený vo K., W..S.. I., ktoré je povinný zaplatiť žalobca žalovanému do 3 dní od právoplatnosti rozhodnutia. Poučenie: Proti tomuto uzneseniu je možné podať odvolanie v lehote 15 dní od doručenia uznesenia na Krajský súd v Bratislave, písomne, dvojmo. V odvolaní sa má uviesť okrem všeobecných náležitostí (§ 42 ods. 3 O.s.p.), proti ktorému rozhodnutiu odvolanie smeruje, v akom rozsahu ho odvolávateľ podáva a v čom vidí odvolávateľ nesprávnosť postupu a rozhodnutia súdu.</w:t>
      </w:r>
    </w:p>
    <w:p/>
    <w:p>
      <w:r>
        <w:t>Zdroj: KAUZIS.SK – https://www.kauzis.sk/judikatura/r/ECLI:SK:KSBA:2012:1004115182.17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