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1Cb/1/2004 z 28. 10. 2012</w:t>
      </w:r>
    </w:p>
    <w:p>
      <w:r>
        <w:t>Uznesenie Krajského súdu Bratislava z 28. októbra 2012, sp. zn. 1Cb/1/2004, ECLI:SK:KSBA:2012:1004898001.14</w:t>
      </w:r>
    </w:p>
    <w:p>
      <w:r>
        <w:t>Súd: Krajský súd Bratislava</w:t>
      </w:r>
    </w:p>
    <w:p>
      <w:r>
        <w:t>Spisová značka: 1Cb/1/2004</w:t>
      </w:r>
    </w:p>
    <w:p>
      <w:r>
        <w:t>ECLI: ECLI:SK:KSBA:2012:1004898001.14</w:t>
      </w:r>
    </w:p>
    <w:p>
      <w:r>
        <w:t>Dátum vydania: 28.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1Cb/1/2004 Identifikačné číslo súdneho spisu: 1004898001 Dátum vydania rozhodnutia: 29. 10. 2012 Meno a priezvisko sudcu, VSÚ: JUDr. Peter Pospech ECLI: ECLI:SK:KSBA:2012:1004898001.14 Uznesenie Krajský súd v Bratislave, pred samosudcom JUDr. Petrom Pospechom, v právnej veci žalobcu : VŠUDYBUDI, s.r.o., Mladoboleslavská 938/8, Praha, Kbely, Česká republika, IČO: 25738313 (pôvodne SWISSCARD, s.r.o., Španělská 4/759, Praha 2, Česká republika, IČO: 25 738 313), zast. Svätozárom Juranom, patentová a známková kancelária, Dúbravská cesta č. 9, P.O.BOX 107, Bratislava, proti žalovanému : H. F., IČO: 34 911 251, E. XX, R., zast. Petrom Slezákom, Riazanská č. 48, Bratislava, o zaplatenie sumy 254.813,- Sk (8.458,24 Eur), o trovách konania r o z h o d o l : Žalobca je povinný zaplatiť žalovanému trovy konania a právneho zastúpenia v celkovej sume 5.397,25 Eur, z toho 4.467,25 Eur trovy právneho zastúpenia a 930,- Eur trovy konania v zaplatenom súdnom poplatku, k rukám právneho zástupcu žalovaného, JUDr. Petra Slezáka, advokáta, so sídlom Riazanská 48, 831 02 Bratislava a to do 3 dní od právoplatnosti rozhodnutia. o d ô v o d n e n i e : Rozsudkom Krajského súdu v Bratislave, pod č.k. 1 Cb/1/2004 zo dňa 25.10.2012, konajúci súd žalobný návrh v časti zaplatenia sumy 8.458,24 Eur zamietol a o trovách konania rozhodol tak, že o nich rozhodol samostatným uznesením. Výrok o trovách konania konajúci súd oprel o úspešnosť žalovaného v spore podľa § 142 ods. 1 OSP. Podľa písomnej špecifikácie, ktorú predložil právny zástupca žalovaného, trovy konania spočívajú v zaplatenom súdnom poplatku za odpor vo výške 12.740,- Sk (422,89 Eur) a súdnom poplatku za odvolanie voči rozsudku Krajského súdu v Bratislave vo výške 15.289,- Sk (507,50 Eur), spolu 930,- Eur. Trovy právneho zastúpenia pred podaním odvolania voči rozsudku podľa vyhl. č. 163/2002 Z.z. spočívajú a) v prípravy a prevzatí zastúpenia (§ 16 ods. 1 písm.a/) - 7.198,- Sk bez DPH + 1367,92 Sk 19% DPH; b) vyhotovenie a podanie odporu proti platobnému rozkazu zo dňa 30.12.2003 (§ 16 ods. 1 písm. c/) - 7.198,- Sk + 1.367,92 Sk 19% DPH + režijný paušál 2x 136,- Sk = 272,- Sk + 19% DPH. Trovy právneho zastúpenia podľa vyhl.č. 655/2004 Z.z. - a) účasť na pojednávaní, odročenom bez pojednávania dňa 26.5.2006 (§ 14 ods. 1 písm. d/ a § 14 ods. 4) - 1.912,- Sk + 363,28 Sk 19% DPH; b) účasť na pojednávaní dňa 8.9.2006 (§ 14 ods. 1 písm. d/ 7.6950,- Sk bez DPH + 1.453,50 Sk 19% DPH); c) písomné vyjadrenie vo veci zo dňa 9.11.2006 (§ 14 ods. 1 písm. c/ 7.650,- Sk bez DPH + 1.453,50 Sk 19% DPH); d) písomné vyjadrenie vo veci dňa 12.12.2006 - 7.650,- Sk bez DPH + 1.453,50 Sk 19% + 4x režijný paušál po 164,- Sk + 124,64,- Sk. Trovy právneho zastúpenia na Najvyššom súde Slovenskej republiky podľa vyhl. č. 655/2004 Z.z. - a) vyhotovenie a podanie odvolania zo dňa 25.1.2007 proti rozsudku Krajského súdu v Bratislave, č.k. 1 Cb/1/2004 (§ 16 ods. 1 písm. c/ 7.650,- Sk bez DPH + 1.453,50 Sk 19% DPH); b) písomné vyjadrenie vo veci zo dňa 27.6.2008 (§14 ods. 1 písm. c/ 7.650,- Sk bez DPH + 1.453,50 Sk 19% DPH); c) účasť na pojednávaní dňa 5.9.2008 - 7.650,- Sk bez DPH + 1.453,50 Sk 19% DPH + 1x režijný paušál 178,- Sk (5,90 Eur) + 2x režijný paušál á 190,- Sk (á 6,31 Eur)= 558,- Sk + 106,02 Sk 19% DPH. Trovy právneho zastúpenia a) písomné vyjadrenie vo veci zo dňa 2.3.2009 (§ 14 ods. 1 písm. c/) - 7.650,- Sk bez DPH + 1.453,50 Sk 19% DPH; b) účasť na pojednávaní dňa 12.11.2009 - 7.650,- Sk bez DPH + 1.453,50 Sk 19% DPH; c) účasť na pojednávaní dňa 4.2.2010 (§ 14 ods. 1 písm. d/) - 7.650,- Sk bez DPH + 1.453,50 Sk 19% DPH + 2x režijný paušál á 6,95 Eur =21,11 Eur + 1x režijný paušál 7,21 Eur = 4,01 Eur. Trovy právneho zastúpenia na Najvyššom súde podľa vyhl. č. 655/2004 Z.z. - a) vyhotovenie a podanie odvolania zo dňa 4.3.2010 - 253,94 Eur bez DPH + 48,25 Eur 19% DPH; b) písomné vyjadrenie vo veci zo dňa 27.9.2011 (§14 ods. 1 písm. b/) - 253,94 Eur bez DPH + 50,78 % 20% DPH + 1x režijný paušál 7,21 Eur bez DPH + 1,37 Eur 19% DPH+ 1x režijný paušál 7,41 Eur bez DPH + 1,48 Eur 20% DPH. Trovy právneho zastúpenia na Krajskom súde v Bratislave po vydaní uznesenia NS SR sp. zn. 1 Obo/17/2007 zo dňa 18.6.2012 ( podľa vyhl. č. 655/2004 Z.z.) - účasť na pojednávaní dňa 11.10.2012 (§ 14 ods. 1 písm. d/) - 253,94 Eur bez DPH + 48,25 Eur 20% DPH; b) účasť na pojednávaní s vyhlásením rozhodnutia dňa 25.10.2010 (§ 14 ods. 5 písm. b/) - 63,49 Eur bez DPH + 12,70 Eur 20% DPH + 2x režijný paušál á 7,63 Eur = 15,26 Eur + 3,05 Eur 20% DPH. Vyčíslenie trov právneho zastúpenia v súhrne - odmena za právne zastupovanie spolu 3.752,37 Eur bez DPH + 19% DPH k časti odmeny 3.137,22 Eur = 596,07 Eur, 20% DPH k časti odmeny 712,85 Eur = 118,81 Eur. Spolu trovy právneho zastúpenia s DPH 4.467,25 Eur + vyčíslenie súdnych poplatkov v celkovej sume 930,- Eur, t.j. spolu trovy konania žalovaného predstavujú sumu 5.397,25 Eur, ktoré je povinný zaplatiť žalobca žalovanému podľa § 142 ods. 1 OSP. Poučenie: Proti tomuto uzneseniu je možné podať odvolanie do 15 dní od jeho doručenia na Krajskom súde v Bratislave, písomne, dvojmo.</w:t>
      </w:r>
    </w:p>
    <w:p/>
    <w:p>
      <w:r>
        <w:t>Zdroj: KAUZIS.SK – https://www.kauzis.sk/judikatura/r/ECLI:SK:KSBA:2012:1004898001.14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