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5Sd/213/2005 z 9. 2. 2012</w:t>
      </w:r>
    </w:p>
    <w:p>
      <w:r>
        <w:t>Uznesenie Krajského súdu Bratislava z 9. februára 2012, sp. zn. 5Sd/213/2005, ECLI:SK:KSBA:2012:1005201350.5</w:t>
      </w:r>
    </w:p>
    <w:p>
      <w:r>
        <w:t>Súd: Krajský súd Bratislava</w:t>
      </w:r>
    </w:p>
    <w:p>
      <w:r>
        <w:t>Spisová značka: 5Sd/213/2005</w:t>
      </w:r>
    </w:p>
    <w:p>
      <w:r>
        <w:t>ECLI: ECLI:SK:KSBA:2012:1005201350.5</w:t>
      </w:r>
    </w:p>
    <w:p>
      <w:r>
        <w:t>Dátum vydania: 9. 2.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5Sd/213/2005 Identifikačné číslo súdneho spisu: 1005201350 Dátum vydania rozhodnutia: 10. 02. 2012 Meno a priezvisko sudcu, VSÚ: JUDr. Milota Tóthová ECLI: ECLI:SK:KSBA:2012:1005201350.5 Uznesenie Krajský súd v Bratislave v právnej veci navrhovateľky O.. T.L. P., bytom T. XXXX/X, T., proti odporkyni Sociálnej poisťovni ústredie v Bratislave, Ul. 29. augusta č. 8, o obnovu konania vo veci dôchodkového zabezpečenia rozhodol r o z h o d o l : Súd konanie z a s t a v u j e . Žiaden z účastníkov nemá právo na náhradu trov konania. o d ô v o d n e n i e : Rozhodnutím číslo XXXXXXX XXX zo dňa 14. januára 2005 odporkyňa zamietla žiadosť navrhovateľky o zvýšenie starobného dôchodku z dôvodu zhodnotenia doby zamestnania v II. pracovnej kategórii za obdobie od 1. januára 1970 do 31. decembra 1974 a za obdobie od 1. januára 1975 do 22. mája 1992 podľa § 21, § 95 zákona č. 100/1988 Zb. o sociálnom zabezpečení v znení zákona č. 107/1999 Zb. a podľa ustanovenia § 259 zákona č. 461/2003 Z.z. o sociálnom poistení. Rozhodnutím číslo XXXXXXX XXX X zo dňa 3. decembra 2008 odporkyňa zmenila rozhodnutie číslo XXXXXXX XXX a zamietla žiadosť o zvýšenie starobného dôchodku z tých istých právnych dôvodov a doplnila rozhodnutie v časti odôvodnenia. Rozhodnutím číslo XXXXXXX XXX X zo dňa 16. decembra 2009 odporkyňa zrušila rozhodnutie číslo XXXXXXX XXX z 3. decembra 2008 z dôvodu, že bolo nesprávne vydané Zmenovým rozhodnutím číslo XXXXXXX XXX X zo dňa 16. decembra 2009 odporkyňa zmenila výrok rozhodnutia zo dňa 14. januára 2005 tak, že podľa § 112 ods. 4 zákona č. 461/2003 Z.z. o sociálnom poistení zamietla žiadosť navrhovateľky o zvýšenie starobného dôchodku po zhodnotení zamestnania od 1. januára 1970 do 31. decembra 1974 a od 1. januára 1975 do 22. mája 1992 v II. pracovnej kategórii a doplnila toto rozhodnutie aj v časti odôvodnenia. Opravným prostriedkom navrhovateľky zo dňa 1.3.2005, 26.1.2009 a 11.1.2010 ktorými navrhovateľka preukazovala, že splnila podmienky pre zvýšenie starobného dôchodku z dôvodu zhodnotenia doby v II. pracovnej kategórii za obdobie od 1. januára 1970 do 31. decembra 1974 a za obdobie od 1. januára 1975 do 22. mája 1992 Krajský súd v Bratislave rozsudkom č.k. 5 Sd 213/05 - 86 zo dňa 11. mája 2010 nevyhovel a napadnuté rozhodnutia odporkyne ako vecne správne potvrdil. Vec bola predložená Krajským súdom v Bratislave Najvyššiemu súdu Slovenskej republiky z dôvodu, že podanie navrhovateľky smerovalo proti rozhodnutiu, voči ktorému je prípustný opravný prostriedok. Podanie navrhovateľky zo dňa 21.10.2011 bolo označené ako obnova konania a aj Najvyšší súd Slovenskej republiky vo svojom prípise číslo 7So/61/2011 zo dňa 29.11.2011 konštatoval, že podanie nie je odvolaním vo veci. Podľa ust. § 250s O.s.p. proti rozhodnutiu súdu, ktorým potvrdí rozhodnutie správneho orgánu je prípustné odvolanie. Proti rozsudku súdu, ktorým zruší rozhodnutie správneho orgánu, je prípustné odvolanie len z dôvodov uvedených v § 250j ods. 2 písm. a) a b). Obnova konania, dovolanie a mimoriadne dovolanie nie sú prípustné. Podľa § 103 O.s.p. kedykoľvek za konania prihliada súd na to, či sú splnené podmienky, za ktorých môže konať vo veci (podmienky konania). Podľa § 104 ods. 1 veta prvá O.s.p. ak ide o taký nedostatok podmienky konania, ktorý nemožno odstrániť, súd konanie zastaví. Z ustanovenia § 250s O.s.p. jednoznačne vyplýva neprípustnosť obnovy konania vo veciach správneho súdnictva a to v konaniach podľa piatej časti O.s.p., do ktorej spadá aj preskúmavanie rozhodnutí vo veciach dôchodkového zabezpečenia, pričom sa jedná o taký nedostatok podmienky konania, ktorý nie je možné odstrániť. Vzhľadom na uvedené skutočnosti súd podľa § 250s v spojení s § 104 ods. 1 O.s.p. konanie zastavil. O trovách konania súd rozhodol podľa § 146 ods. 1 písm. c) O.s.p. Poučenie: Proti tomuto uzneseniu je možné podať odvolanie do 15 dní odo dňa jeho doručenia na Krajskom súde v Bratislave, písomne , v dvoch rovnopisoch.</w:t>
      </w:r>
    </w:p>
    <w:p/>
    <w:p>
      <w:r>
        <w:t>Zdroj: KAUZIS.SK – https://www.kauzis.sk/judikatura/r/ECLI:SK:KSBA:2012:1005201350.5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