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6Scud/19/2007 z 1. 3. 2012</w:t>
      </w:r>
    </w:p>
    <w:p>
      <w:r>
        <w:t>Rozhodnutie Krajského súdu Bratislava z 1. marca 2012, sp. zn. 6Scud/19/2007, ECLI:SK:KSBA:2012:1007201663.8</w:t>
      </w:r>
    </w:p>
    <w:p>
      <w:r>
        <w:t>Súd: Krajský súd Bratislava</w:t>
      </w:r>
    </w:p>
    <w:p>
      <w:r>
        <w:t>Spisová značka: 6Scud/19/2007</w:t>
      </w:r>
    </w:p>
    <w:p>
      <w:r>
        <w:t>ECLI: ECLI:SK:KSBA:2012:1007201663.8</w:t>
      </w:r>
    </w:p>
    <w:p>
      <w:r>
        <w:t>Dátum vydania: 1. 3. 2012</w:t>
      </w:r>
    </w:p>
    <w:p>
      <w:r>
        <w:t>Forma: Rozhodnutie</w:t>
      </w:r>
    </w:p>
    <w:p>
      <w:pPr>
        <w:pStyle w:val="Heading2"/>
      </w:pPr>
      <w:r>
        <w:t>Text rozhodnutia</w:t>
      </w:r>
    </w:p>
    <w:p>
      <w:r>
        <w:t>Súd: Krajský súd Bratislava Spisová značka: 6Scud/19/2007 Identifikačné číslo súdneho spisu: 1007201663 Dátum vydania rozhodnutia: 02. 03. 2012 Meno a priezvisko sudcu, VSÚ: JUDr. Peter Pospech ECLI: ECLI:SK:KSBA:2012:1007201663.8 Rozhodnutie Krajský súd v Bratislave v právnej veci navrhovateľky: D.. O. M., R. N. XXXX/X, XXX XX Q. (za B.. H. M., V..), proti odporkyni: Sociálna poisťovňa ústredie, Ul. 29. augusta 8, Bratislava o invalidný dôchodok takto r o z h o d o l : Súd konanie z a s t a v u j e. Žiaden z účastníkov nemá právo na náhradu trov konania. o d ô v o d n e n i e : Pôvodný navrhovateľ B.. H. M., V.. svojím návrhom zo dňa 17.8.2007 žiadal preskúmať rozhodnutie odporkyne číslo XXX XXX XXXX zo dňa 11.7.2007. Pôvodný navrhovateľ zomrel. Dňa 2.3.2012 na pojednávaní manželka navrhovateľa po oboznámení sa s výrokom posudkového lekára odporkyne vzala späť návrh v celom rozsahu a žiadala konanie zastaviť, Odporkyňa nemala námietky k zastaveniu konania. Súd podľa § 250d ods. 3 v spojení s § 250h ods. 2 a § 250l ods. 2 O.s.p. konanie zastavil. O trovách konania súd rozhodol podľa § 246c a § 146 ods. 1 písm. c/ O.s.p. Poučenie: Proti tomuto uzneseniu je možné podať odvolanie v lehote 15 dní od jeho doručenia na Krajskom súde v Bratislave, písomne, dvojmo.</w:t>
      </w:r>
    </w:p>
    <w:p/>
    <w:p>
      <w:r>
        <w:t>Zdroj: KAUZIS.SK – https://www.kauzis.sk/judikatura/r/ECLI:SK:KSBA:2012:1007201663.8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