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2S/17/2008 z 11. 4. 2012</w:t>
      </w:r>
    </w:p>
    <w:p>
      <w:r>
        <w:t>Uznesenie Krajského súdu Bratislava z 11. apríla 2012, sp. zn. 2S/17/2008, ECLI:SK:KSBA:2012:1008200135.2</w:t>
      </w:r>
    </w:p>
    <w:p>
      <w:r>
        <w:t>Súd: Krajský súd Bratislava</w:t>
      </w:r>
    </w:p>
    <w:p>
      <w:r>
        <w:t>Spisová značka: 2S/17/2008</w:t>
      </w:r>
    </w:p>
    <w:p>
      <w:r>
        <w:t>ECLI: ECLI:SK:KSBA:2012:1008200135.2</w:t>
      </w:r>
    </w:p>
    <w:p>
      <w:r>
        <w:t>Dátum vydania: 11.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2S/17/2008 Identifikačné číslo súdneho spisu: 1008200135 Dátum vydania rozhodnutia: 12. 04. 2012 Meno a priezvisko sudcu, VSÚ: JUDr. Ivana Nevíďanská ECLI: ECLI:SK:KSBA:2012:1008200135.2 Uznesenie Krajský súd v Bratislave v právnej veci žalobcu: Universal Consulting s.r.o., Einsteinova 24, 851 01 Bratislava, zastúpeného: JUDr. Martin Modlitba, advokát so sídlom Jelenia 11, 811 05 Bratislava, proti žalovanému: Finančné riaditeľstvo Slovenskej republiky, Vazovova 2, 815 11 Bratislava, o preskúmanie rozhodnutia Daňového riaditeľstva Slovenskej republiky č. I/222/12675-85656/2007/991192-r zo dňa 22.11.2007, takto r o z h o d o l : Súd časť výroku rozsudku Krajského súdu v Bratislave č.k. 2S 17/2008-41 zo dňa 17.02.2010 v znení: „ .. podľa § 250j ods. 2 písm. O.s.p. a vec vracia .. “ o p r a v u j e tak, že správne má znieť: „ .. podľa § 250j ods. 2 písm. c/, e/ O.s.p. a vec vracia .. “. o d ô v o d n e n i e : Žalobca sa žalobou doručenou súdu dňa 28.01.2008 domáhal zrušenia napadnutého rozhodnutia Daňového riaditeľstva Slovenskej republiky č. I/222/12675-85656/2007/991192-r zo dňa 22.11.2007. Krajský súd v Bratislave rozsudkom č.k. 2S 17/2008-41 zo dňa 17.02.2010 rozhodol tak, že napadnuté rozhodnutie Daňového riaditeľstva Slovenskej republiky č. I/222/12675-85656/2007/991192-r zo dňa 22.11.2007 zrušil podľa ustanovenia § 250j ods. 2 Občianskeho súdneho poriadku (ďalej len ,, O.s.p.“) a vec vrátil žalovanému na ďalšie konanie. Žalovanému uložil povinnosť zaplatiť žalobcovi náhradu trov konania vo výške 1 647,84 eura. Podľa ustanovenia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Vzhľadom na skutočnosť, že pri písaní a opise predmetného rozsudku došlo k chybe a zrejmej nesprávnosti vo výroku rozsudku, súd v zmysle citovaného zákonného ustanovenia chybu opravil. Poučenie: Proti tomuto uzneseniu je možné podať odvolanie v lehote 15 dní odo dňa jeho doručenia, a to písomne, v štyroch vyhotoveniach na Krajský súd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https://www.kauzis.sk/judikatura/r/ECLI:SK:KSBA:2012:1008200135.2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