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4S/64/2008 z 23. 4. 2012</w:t>
      </w:r>
    </w:p>
    <w:p>
      <w:r>
        <w:t>Uznesenie Krajského súdu Bratislava z 23. apríla 2012, sp. zn. 4S/64/2008, ECLI:SK:KSBA:2012:1008201092.6</w:t>
      </w:r>
    </w:p>
    <w:p>
      <w:r>
        <w:t>Súd: Krajský súd Bratislava</w:t>
      </w:r>
    </w:p>
    <w:p>
      <w:r>
        <w:t>Spisová značka: 4S/64/2008</w:t>
      </w:r>
    </w:p>
    <w:p>
      <w:r>
        <w:t>ECLI: ECLI:SK:KSBA:2012:1008201092.6</w:t>
      </w:r>
    </w:p>
    <w:p>
      <w:r>
        <w:t>Dátum vydania: 23.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4S/64/2008 Identifikačné číslo súdneho spisu: 1008201092 Dátum vydania rozhodnutia: 24. 04. 2012 Meno a priezvisko sudcu, VSÚ: JUDr. Judita Kokolevská ECLI: ECLI:SK:KSBA:2012:1008201092.6 Uznesenie Krajský súd v Bratislave v právnej veci žalobcov: 1/ X.. C. L., X. X, I., 2/ A. L., X. X, I., právne zastúpení: Mgr. Zuzana Zajíčková, advokátka, Dostojevského rad 17, Bratislava, proti žalovanému: Krajský stavebný úrad v Bratislave, Odbor stavebného poriadku a štátneho stavebného dohľadu, Lamačská cesta 8, Bratislava, za účasti: A. I. a W. I., obaja bytom L. XX, I., o preskúmanie zákonnosti rozhodnutia žalovaného č. A-2008/01752-PSO zo dňa 20.05.2008 ako aj prvostupňového rozhodnutia Mestskej časti Bratislava - Ružinov č.j.: SÚ/2007/5836-26/HAN-27 zo dňa 8.11.2007, takto r o z h o d o l : Súd opravuje údaj o čísle konania uvedený na stranách 2-16 v pravom hornom rohu rozsudku Krajského súdu v Bratislave č.k. 4S/64/2008 - 106 zo dňa 11.11.2011 tak, že správne znie: 4S/64/2008. o d ô v o d n e n i e : Žalobou podanou Krajskému súdu v Bratislave dňa 05.08.2008 sa žalobcovia domáhali preskúmania rozhodnutia žalovaného č. A-2008/01752-PSO zo dňa 20.5.2008 ktorým žalovaný zamietol ich odvolanie a potvrdil prvostupňové rozhodnutie správneho orgánu Mestskej časti Bratislava - Ružinov, č. SÚ/2007/5836-26/HAN-27 z 8.11.2007, ktorý prvostupňové rozhodnutie správneho orgánu zmenil v časti týkajúcej sa dokončovacích prác, ktoré majú uskutočniť stavebníci pomocou vysunutého lešenia z vlastného pozemku stavebníkov a montážnej plošiny a majú dbať, aby prácami nevznikli škody. Vo zvyšnej časti odvolací orgán rozhodnutie prvostupňového orgánu potvrdil. Podľa § 164 veta prvá a druhá O.s.p, súd kedykoľvek aj bez návrhu opraví v rozsudku chyby v písaní a počítaní, ako aj iné zrejmé nesprávnosti. O oprave vydá opravné uznesenie, ktoré doručí účastníkom. Nakoľko v písomnom vyhotovení rozsudku došlo k pisárskej chybe, keď na 2-16 strane rozsudku bolo nesprávne uvedené číslo konania 4S/68/2008 namiesto správneho označenia 4S/64/2008, súd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https://www.kauzis.sk/judikatura/r/ECLI:SK:KSBA:2012:1008201092.6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