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2S/139/2008 z 5. 2. 2012</w:t>
      </w:r>
    </w:p>
    <w:p>
      <w:r>
        <w:t>Uznesenie Krajského súdu Bratislava z 5. februára 2012, sp. zn. 2S/139/2008, ECLI:SK:KSBA:2012:1008201206.2</w:t>
      </w:r>
    </w:p>
    <w:p>
      <w:r>
        <w:t>Súd: Krajský súd Bratislava</w:t>
      </w:r>
    </w:p>
    <w:p>
      <w:r>
        <w:t>Spisová značka: 2S/139/2008</w:t>
      </w:r>
    </w:p>
    <w:p>
      <w:r>
        <w:t>ECLI: ECLI:SK:KSBA:2012:1008201206.2</w:t>
      </w:r>
    </w:p>
    <w:p>
      <w:r>
        <w:t>Dátum vydania: 5.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2S/139/2008 Identifikačné číslo súdneho spisu: 1008201206 Dátum vydania rozhodnutia: 06. 02. 2012 Meno a priezvisko sudcu, VSÚ: Mgr. Viliam Pohančeník ECLI: ECLI:SK:KSBA:2012:1008201206.2 Uznesenie Krajský súd v Bratislave v právnej veci žalobcu: EUREA, občianske združenie, IČO: 30 794 242, Tupého 25/A, 831 01 Bratislava, zastúpeného: Mgr. Vladimír Šárnik, advokát so sídlom Národného oslobodenia 25, 900 27 Bernolákovo, proti žalovanému: Ministerstvo financií Slovenskej republiky, Štefanovičová 5, 813 30 Bratislava, o preskúmanie zákonnosti rozhodnutia žalovaného č. MF/019754/2008-243 zo dňa 04.08.2008, jednohlasne, takto r o z h o d o l : Uznesenie Krajského súdu v Bratislave č.k. 2S 139/2008-52 zo dňa 05.10.2011, ktorým sa konanie zastavilo, sa z r u š u j e v celom rozsahu. o d ô v o d n e n i e : Žalobou podanou na súde dňa 26.08.2008 sa žalobca domáhal preskúmania zákonnosti rozhodnutia žalovaného č. MF/019754/2008-243 zo dňa 04.08.2008, ktorým zamietol odvolanie žalobcu a potvrdil prvostupňové rozhodnutie Správy finančnej kontroly Bratislava č. I/207/37/2008 zo dňa 06.05.2008, ktorým bola žalobcovi podľa § 31 ods. 4 zákona č. 523/2004 Z.z. o rozpočtových pravidlách verejnej správy v znení neskorších predpisov uložená povinnosť odviesť verejné prostriedky použité nad rámec oprávnenia vo výške 39 595,58 Sk a povinnosť zaplatiť penále vo výške 0,1% zo sumy, v ktorej došlo k porušeniu finančnej disciplíny, a to za každý deň omeškania podľa § 31 ods. 4 zákona č. 523/2004 Z.z.. Uznesením Krajského súdu v Bratislave č.k. 2S 139/2008-52 zo dňa 05.10.2011 bolo v zmysle ust. § 10 ods. 1 zákona č. 71/1992 Zb. o súdnych poplatkoch v znení neskorších predpisov (ďalej citovaný zákon) konanie zastavené z dôvodu, že žalobca si nesplnil poplatkovú povinnosť podľa § 5 ods. 1 písm. a/ citovaného zákona, a to ani v lehote určenej vo výzve súdu, ktorá bola jeho právnemu zástupcovi doručená dňa 12.09.2011. Žalobca v lehote na odvolanie stanovenej v uznesení, t.j. dňa 10.01.2012 uhradil súdny poplatok za žalobu kolkovými známkami vo výške 66 eur (č.l. 54). V zmysle ust. § 10 ods. 3 veta prvá citovaného zákona príslušný súd zruší uznesenie o zastavení konania pre nezaplatenie súdneho poplatku, ak poplatník zaplatí súdny poplatok do konca lehoty na podanie odvolania. Vzhľadom k tomu, že žalobca zaplatil súdny poplatok za žalobu ešte pred uplynutím odvolacej lehoty, súd v zmysle ust. § 10 ods. 3 veta prvá cit. zákona uznesenie o zastavení konania zrušil a ďalej bude pokračovať v konaní. Poučenie: Proti tomuto uzneseniu je možné podať odvolanie v lehote 15 dní odo dňa jeho doručenia, a to písomne, v troch vyhotoveniach na Najvyšší súd Slovenskej republiky prostredníctvom Krajského súdu v Bratislave. V odvolaní sa má uviesť, ktorému súdu je určené, kto ho robí, ktorej veci sa týka, čo sleduje,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https://www.kauzis.sk/judikatura/r/ECLI:SK:KSBA:2012:1008201206.2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